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6" w:type="dxa"/>
        <w:tblBorders>
          <w:top w:val="nil"/>
          <w:left w:val="nil"/>
          <w:bottom w:val="nil"/>
          <w:right w:val="nil"/>
          <w:insideH w:val="nil"/>
          <w:insideV w:val="nil"/>
        </w:tblBorders>
        <w:tblLayout w:type="fixed"/>
        <w:tblLook w:val="04A0" w:firstRow="1" w:lastRow="0" w:firstColumn="1" w:lastColumn="0" w:noHBand="0" w:noVBand="1"/>
      </w:tblPr>
      <w:tblGrid>
        <w:gridCol w:w="3510"/>
        <w:gridCol w:w="6096"/>
      </w:tblGrid>
      <w:tr w:rsidR="007B1617" w:rsidRPr="00D96F1E" w14:paraId="3A686E18" w14:textId="77777777" w:rsidTr="00D96F1E">
        <w:tc>
          <w:tcPr>
            <w:tcW w:w="3510" w:type="dxa"/>
          </w:tcPr>
          <w:p w14:paraId="2E876862" w14:textId="77777777" w:rsidR="007B1617" w:rsidRPr="009E06CA" w:rsidRDefault="00000000" w:rsidP="0065200C">
            <w:pPr>
              <w:spacing w:after="0" w:line="240" w:lineRule="auto"/>
              <w:jc w:val="center"/>
              <w:rPr>
                <w:b/>
                <w:szCs w:val="26"/>
              </w:rPr>
            </w:pPr>
            <w:r w:rsidRPr="009E06CA">
              <w:rPr>
                <w:b/>
                <w:szCs w:val="26"/>
              </w:rPr>
              <w:t>ỦY BAN NHÂN DÂN</w:t>
            </w:r>
            <w:r w:rsidRPr="009E06CA">
              <w:rPr>
                <w:b/>
                <w:szCs w:val="26"/>
              </w:rPr>
              <w:br/>
              <w:t>XÃ KỲ VĂN</w:t>
            </w:r>
          </w:p>
          <w:p w14:paraId="68ECF6AC" w14:textId="5D653FBB" w:rsidR="00D96F1E" w:rsidRPr="00D96F1E" w:rsidRDefault="00DC0E8E" w:rsidP="0065200C">
            <w:pPr>
              <w:spacing w:after="0" w:line="240" w:lineRule="auto"/>
              <w:jc w:val="center"/>
              <w:rPr>
                <w:sz w:val="28"/>
                <w:szCs w:val="28"/>
              </w:rPr>
            </w:pPr>
            <w:r>
              <w:rPr>
                <w:noProof/>
                <w:sz w:val="28"/>
                <w:szCs w:val="28"/>
              </w:rPr>
              <mc:AlternateContent>
                <mc:Choice Requires="wps">
                  <w:drawing>
                    <wp:anchor distT="0" distB="0" distL="114300" distR="114300" simplePos="0" relativeHeight="251659264" behindDoc="0" locked="0" layoutInCell="1" allowOverlap="1" wp14:anchorId="104AE159" wp14:editId="663229C3">
                      <wp:simplePos x="0" y="0"/>
                      <wp:positionH relativeFrom="column">
                        <wp:posOffset>712676</wp:posOffset>
                      </wp:positionH>
                      <wp:positionV relativeFrom="paragraph">
                        <wp:posOffset>13335</wp:posOffset>
                      </wp:positionV>
                      <wp:extent cx="612250" cy="0"/>
                      <wp:effectExtent l="0" t="0" r="0" b="0"/>
                      <wp:wrapNone/>
                      <wp:docPr id="78700510" name="Straight Connector 1"/>
                      <wp:cNvGraphicFramePr/>
                      <a:graphic xmlns:a="http://schemas.openxmlformats.org/drawingml/2006/main">
                        <a:graphicData uri="http://schemas.microsoft.com/office/word/2010/wordprocessingShape">
                          <wps:wsp>
                            <wps:cNvCnPr/>
                            <wps:spPr>
                              <a:xfrm>
                                <a:off x="0" y="0"/>
                                <a:ext cx="612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245A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1pt,1.05pt" to="104.3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" strokecolor="black [3040]"/>
                  </w:pict>
                </mc:Fallback>
              </mc:AlternateContent>
            </w:r>
          </w:p>
          <w:p w14:paraId="1BBC339F" w14:textId="415ABFD4" w:rsidR="007B1617" w:rsidRPr="00D96F1E" w:rsidRDefault="00000000" w:rsidP="0065200C">
            <w:pPr>
              <w:spacing w:after="0" w:line="240" w:lineRule="auto"/>
              <w:jc w:val="center"/>
              <w:rPr>
                <w:szCs w:val="26"/>
              </w:rPr>
            </w:pPr>
            <w:r w:rsidRPr="00D96F1E">
              <w:rPr>
                <w:szCs w:val="26"/>
              </w:rPr>
              <w:t xml:space="preserve">Số:     </w:t>
            </w:r>
            <w:r w:rsidR="00FE66DD">
              <w:rPr>
                <w:szCs w:val="26"/>
              </w:rPr>
              <w:t xml:space="preserve"> </w:t>
            </w:r>
            <w:r w:rsidR="00DC0E8E">
              <w:rPr>
                <w:szCs w:val="26"/>
              </w:rPr>
              <w:t xml:space="preserve"> </w:t>
            </w:r>
            <w:r w:rsidRPr="00D96F1E">
              <w:rPr>
                <w:szCs w:val="26"/>
              </w:rPr>
              <w:t xml:space="preserve">  /CĐ-UBND</w:t>
            </w:r>
          </w:p>
        </w:tc>
        <w:tc>
          <w:tcPr>
            <w:tcW w:w="6096" w:type="dxa"/>
          </w:tcPr>
          <w:p w14:paraId="1E152132" w14:textId="77777777" w:rsidR="007B1617" w:rsidRPr="009E06CA" w:rsidRDefault="00000000" w:rsidP="0065200C">
            <w:pPr>
              <w:spacing w:after="0" w:line="240" w:lineRule="auto"/>
              <w:jc w:val="center"/>
              <w:rPr>
                <w:b/>
                <w:szCs w:val="26"/>
              </w:rPr>
            </w:pPr>
            <w:r w:rsidRPr="009E06CA">
              <w:rPr>
                <w:b/>
                <w:szCs w:val="26"/>
              </w:rPr>
              <w:t>CỘNG HÒA XÃ HỘI CHỦ NGHĨA VIỆT NAM</w:t>
            </w:r>
          </w:p>
          <w:p w14:paraId="03DA6326" w14:textId="77777777" w:rsidR="007B1617" w:rsidRDefault="00DC0E8E" w:rsidP="0065200C">
            <w:pPr>
              <w:spacing w:after="0" w:line="240" w:lineRule="auto"/>
              <w:jc w:val="center"/>
              <w:rPr>
                <w:b/>
                <w:sz w:val="28"/>
                <w:szCs w:val="28"/>
              </w:rPr>
            </w:pPr>
            <w:r>
              <w:rPr>
                <w:b/>
                <w:noProof/>
                <w:sz w:val="28"/>
                <w:szCs w:val="28"/>
              </w:rPr>
              <mc:AlternateContent>
                <mc:Choice Requires="wps">
                  <w:drawing>
                    <wp:anchor distT="0" distB="0" distL="114300" distR="114300" simplePos="0" relativeHeight="251660288" behindDoc="0" locked="0" layoutInCell="1" allowOverlap="1" wp14:anchorId="04196E4B" wp14:editId="13B928B1">
                      <wp:simplePos x="0" y="0"/>
                      <wp:positionH relativeFrom="column">
                        <wp:posOffset>805180</wp:posOffset>
                      </wp:positionH>
                      <wp:positionV relativeFrom="paragraph">
                        <wp:posOffset>234315</wp:posOffset>
                      </wp:positionV>
                      <wp:extent cx="2107095" cy="0"/>
                      <wp:effectExtent l="0" t="0" r="0" b="0"/>
                      <wp:wrapNone/>
                      <wp:docPr id="1707207116" name="Straight Connector 2"/>
                      <wp:cNvGraphicFramePr/>
                      <a:graphic xmlns:a="http://schemas.openxmlformats.org/drawingml/2006/main">
                        <a:graphicData uri="http://schemas.microsoft.com/office/word/2010/wordprocessingShape">
                          <wps:wsp>
                            <wps:cNvCnPr/>
                            <wps:spPr>
                              <a:xfrm>
                                <a:off x="0" y="0"/>
                                <a:ext cx="21070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24377B"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3.4pt,18.45pt" to="229.3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" strokecolor="black [3040]"/>
                  </w:pict>
                </mc:Fallback>
              </mc:AlternateContent>
            </w:r>
            <w:r w:rsidR="00750F4E" w:rsidRPr="00D96F1E">
              <w:rPr>
                <w:b/>
                <w:sz w:val="28"/>
                <w:szCs w:val="28"/>
              </w:rPr>
              <w:t xml:space="preserve">Độc lập </w:t>
            </w:r>
            <w:r w:rsidR="00D96F1E">
              <w:rPr>
                <w:b/>
                <w:sz w:val="28"/>
                <w:szCs w:val="28"/>
              </w:rPr>
              <w:t>-</w:t>
            </w:r>
            <w:r w:rsidR="00750F4E" w:rsidRPr="00D96F1E">
              <w:rPr>
                <w:b/>
                <w:sz w:val="28"/>
                <w:szCs w:val="28"/>
              </w:rPr>
              <w:t xml:space="preserve"> Tự do </w:t>
            </w:r>
            <w:r w:rsidR="00D96F1E">
              <w:rPr>
                <w:b/>
                <w:sz w:val="28"/>
                <w:szCs w:val="28"/>
              </w:rPr>
              <w:t>-</w:t>
            </w:r>
            <w:r w:rsidR="00750F4E" w:rsidRPr="00D96F1E">
              <w:rPr>
                <w:b/>
                <w:sz w:val="28"/>
                <w:szCs w:val="28"/>
              </w:rPr>
              <w:t xml:space="preserve"> Hạnh</w:t>
            </w:r>
            <w:r w:rsidR="00D96F1E" w:rsidRPr="00D96F1E">
              <w:rPr>
                <w:b/>
                <w:sz w:val="28"/>
                <w:szCs w:val="28"/>
              </w:rPr>
              <w:t xml:space="preserve"> phúc</w:t>
            </w:r>
          </w:p>
          <w:p w14:paraId="47E62F42" w14:textId="77777777" w:rsidR="00D85481" w:rsidRDefault="00D85481" w:rsidP="0065200C">
            <w:pPr>
              <w:spacing w:after="0" w:line="240" w:lineRule="auto"/>
              <w:jc w:val="center"/>
              <w:rPr>
                <w:b/>
                <w:sz w:val="28"/>
                <w:szCs w:val="28"/>
              </w:rPr>
            </w:pPr>
          </w:p>
          <w:p w14:paraId="4BF96A1B" w14:textId="504A4178" w:rsidR="00D85481" w:rsidRPr="00D85481" w:rsidRDefault="00D85481" w:rsidP="0065200C">
            <w:pPr>
              <w:spacing w:after="0" w:line="240" w:lineRule="auto"/>
              <w:jc w:val="center"/>
              <w:rPr>
                <w:bCs/>
                <w:i/>
                <w:iCs/>
                <w:sz w:val="28"/>
                <w:szCs w:val="28"/>
              </w:rPr>
            </w:pPr>
            <w:r w:rsidRPr="00D85481">
              <w:rPr>
                <w:bCs/>
                <w:i/>
                <w:iCs/>
                <w:sz w:val="28"/>
                <w:szCs w:val="28"/>
              </w:rPr>
              <w:t>Kỳ Văn, ngày 18 tháng 8 năm 2026</w:t>
            </w:r>
          </w:p>
        </w:tc>
      </w:tr>
    </w:tbl>
    <w:p w14:paraId="1491C50A" w14:textId="77777777" w:rsidR="00D96F1E" w:rsidRDefault="00D96F1E" w:rsidP="0065200C">
      <w:pPr>
        <w:spacing w:after="0" w:line="240" w:lineRule="auto"/>
        <w:jc w:val="center"/>
        <w:rPr>
          <w:b/>
          <w:sz w:val="28"/>
          <w:szCs w:val="28"/>
        </w:rPr>
      </w:pPr>
    </w:p>
    <w:p w14:paraId="64D50ECE" w14:textId="65C0127A" w:rsidR="007B1617" w:rsidRPr="00D96F1E" w:rsidRDefault="00000000" w:rsidP="0065200C">
      <w:pPr>
        <w:spacing w:after="0" w:line="240" w:lineRule="auto"/>
        <w:jc w:val="center"/>
        <w:rPr>
          <w:sz w:val="28"/>
          <w:szCs w:val="28"/>
        </w:rPr>
      </w:pPr>
      <w:r w:rsidRPr="00D96F1E">
        <w:rPr>
          <w:b/>
          <w:sz w:val="28"/>
          <w:szCs w:val="28"/>
        </w:rPr>
        <w:t>CÔNG ĐIỆN</w:t>
      </w:r>
    </w:p>
    <w:p w14:paraId="5CA5E347" w14:textId="4B8B56B5" w:rsidR="007B1617" w:rsidRDefault="00031225" w:rsidP="0065200C">
      <w:pPr>
        <w:spacing w:after="0" w:line="240" w:lineRule="auto"/>
        <w:jc w:val="center"/>
        <w:rPr>
          <w:b/>
          <w:sz w:val="28"/>
          <w:szCs w:val="28"/>
        </w:rPr>
      </w:pPr>
      <w:r>
        <w:rPr>
          <w:noProof/>
          <w:sz w:val="28"/>
          <w:szCs w:val="28"/>
        </w:rPr>
        <mc:AlternateContent>
          <mc:Choice Requires="wps">
            <w:drawing>
              <wp:anchor distT="0" distB="0" distL="114300" distR="114300" simplePos="0" relativeHeight="251657216" behindDoc="0" locked="0" layoutInCell="1" allowOverlap="1" wp14:anchorId="6BC7FBC7" wp14:editId="6E36C865">
                <wp:simplePos x="0" y="0"/>
                <wp:positionH relativeFrom="column">
                  <wp:posOffset>2201116</wp:posOffset>
                </wp:positionH>
                <wp:positionV relativeFrom="paragraph">
                  <wp:posOffset>226695</wp:posOffset>
                </wp:positionV>
                <wp:extent cx="1294765" cy="0"/>
                <wp:effectExtent l="0" t="0" r="0" b="0"/>
                <wp:wrapNone/>
                <wp:docPr id="341206982" name="Straight Connector 4"/>
                <wp:cNvGraphicFramePr/>
                <a:graphic xmlns:a="http://schemas.openxmlformats.org/drawingml/2006/main">
                  <a:graphicData uri="http://schemas.microsoft.com/office/word/2010/wordprocessingShape">
                    <wps:wsp>
                      <wps:cNvCnPr/>
                      <wps:spPr>
                        <a:xfrm>
                          <a:off x="0" y="0"/>
                          <a:ext cx="12947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E26657" id="Straight Connector 4"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173.3pt,17.85pt" to="275.2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" strokecolor="black [3040]"/>
            </w:pict>
          </mc:Fallback>
        </mc:AlternateContent>
      </w:r>
      <w:r w:rsidRPr="00D96F1E">
        <w:rPr>
          <w:b/>
          <w:sz w:val="28"/>
          <w:szCs w:val="28"/>
        </w:rPr>
        <w:t xml:space="preserve">Về việc chủ động ứng phó mưa lớn, lũ ống, lũ quét, sạt lở đất </w:t>
      </w:r>
    </w:p>
    <w:p w14:paraId="2448A3B9" w14:textId="23DF60A5" w:rsidR="00D96F1E" w:rsidRPr="00D96F1E" w:rsidRDefault="00D96F1E" w:rsidP="0065200C">
      <w:pPr>
        <w:spacing w:after="0" w:line="240" w:lineRule="auto"/>
        <w:jc w:val="center"/>
        <w:rPr>
          <w:sz w:val="28"/>
          <w:szCs w:val="28"/>
        </w:rPr>
      </w:pPr>
    </w:p>
    <w:p w14:paraId="630D10F4" w14:textId="77777777" w:rsidR="007B1617" w:rsidRPr="00D96F1E" w:rsidRDefault="00000000" w:rsidP="0065200C">
      <w:pPr>
        <w:spacing w:after="0" w:line="240" w:lineRule="auto"/>
        <w:jc w:val="center"/>
        <w:rPr>
          <w:sz w:val="28"/>
          <w:szCs w:val="28"/>
        </w:rPr>
      </w:pPr>
      <w:r w:rsidRPr="00D96F1E">
        <w:rPr>
          <w:b/>
          <w:sz w:val="28"/>
          <w:szCs w:val="28"/>
        </w:rPr>
        <w:t>CHỦ TỊCH ỦY BAN NHÂN DÂN XÃ KỲ VĂN</w:t>
      </w:r>
    </w:p>
    <w:p w14:paraId="07504BA4" w14:textId="77777777" w:rsidR="007B1617" w:rsidRDefault="00000000" w:rsidP="0065200C">
      <w:pPr>
        <w:spacing w:after="0" w:line="240" w:lineRule="auto"/>
        <w:jc w:val="center"/>
        <w:rPr>
          <w:b/>
          <w:sz w:val="28"/>
          <w:szCs w:val="28"/>
        </w:rPr>
      </w:pPr>
      <w:r w:rsidRPr="00D96F1E">
        <w:rPr>
          <w:b/>
          <w:sz w:val="28"/>
          <w:szCs w:val="28"/>
        </w:rPr>
        <w:t>Điện:</w:t>
      </w:r>
    </w:p>
    <w:p w14:paraId="342337E7" w14:textId="77777777" w:rsidR="00D96F1E" w:rsidRPr="00D96F1E" w:rsidRDefault="00D96F1E" w:rsidP="0065200C">
      <w:pPr>
        <w:spacing w:after="0" w:line="240" w:lineRule="auto"/>
        <w:jc w:val="center"/>
        <w:rPr>
          <w:sz w:val="28"/>
          <w:szCs w:val="28"/>
        </w:rPr>
      </w:pPr>
    </w:p>
    <w:p w14:paraId="2E7294BE" w14:textId="7C312F18" w:rsidR="007B1617" w:rsidRPr="00D96F1E" w:rsidRDefault="00000000" w:rsidP="0065200C">
      <w:pPr>
        <w:spacing w:after="0" w:line="240" w:lineRule="auto"/>
        <w:ind w:left="283"/>
        <w:rPr>
          <w:sz w:val="28"/>
          <w:szCs w:val="28"/>
        </w:rPr>
      </w:pPr>
      <w:r w:rsidRPr="00D96F1E">
        <w:rPr>
          <w:sz w:val="28"/>
          <w:szCs w:val="28"/>
        </w:rPr>
        <w:t xml:space="preserve"> </w:t>
      </w:r>
      <w:r w:rsidR="00D96F1E" w:rsidRPr="00D96F1E">
        <w:rPr>
          <w:sz w:val="28"/>
          <w:szCs w:val="28"/>
        </w:rPr>
        <w:tab/>
      </w:r>
      <w:r w:rsidR="00D96F1E" w:rsidRPr="00D96F1E">
        <w:rPr>
          <w:sz w:val="28"/>
          <w:szCs w:val="28"/>
        </w:rPr>
        <w:tab/>
      </w:r>
      <w:r w:rsidR="00D96F1E" w:rsidRPr="00D96F1E">
        <w:rPr>
          <w:sz w:val="28"/>
          <w:szCs w:val="28"/>
        </w:rPr>
        <w:tab/>
      </w:r>
      <w:r w:rsidR="00D96F1E">
        <w:rPr>
          <w:sz w:val="28"/>
          <w:szCs w:val="28"/>
        </w:rPr>
        <w:t xml:space="preserve">- </w:t>
      </w:r>
      <w:r w:rsidRPr="00D96F1E">
        <w:rPr>
          <w:sz w:val="28"/>
          <w:szCs w:val="28"/>
        </w:rPr>
        <w:t xml:space="preserve">Các phòng, ban, </w:t>
      </w:r>
      <w:r w:rsidR="00AB5913">
        <w:rPr>
          <w:sz w:val="28"/>
          <w:szCs w:val="28"/>
        </w:rPr>
        <w:t>ngành, đoàn thể cấp</w:t>
      </w:r>
      <w:r w:rsidRPr="00D96F1E">
        <w:rPr>
          <w:sz w:val="28"/>
          <w:szCs w:val="28"/>
        </w:rPr>
        <w:t xml:space="preserve"> xã;</w:t>
      </w:r>
    </w:p>
    <w:p w14:paraId="631C31B0" w14:textId="21022E60" w:rsidR="007B1617" w:rsidRPr="00D96F1E" w:rsidRDefault="00000000" w:rsidP="0065200C">
      <w:pPr>
        <w:spacing w:after="0" w:line="240" w:lineRule="auto"/>
        <w:ind w:left="283"/>
        <w:rPr>
          <w:sz w:val="28"/>
          <w:szCs w:val="28"/>
        </w:rPr>
      </w:pPr>
      <w:r w:rsidRPr="00D96F1E">
        <w:rPr>
          <w:sz w:val="28"/>
          <w:szCs w:val="28"/>
        </w:rPr>
        <w:t xml:space="preserve"> </w:t>
      </w:r>
      <w:r w:rsidR="00D96F1E" w:rsidRPr="00D96F1E">
        <w:rPr>
          <w:sz w:val="28"/>
          <w:szCs w:val="28"/>
        </w:rPr>
        <w:tab/>
      </w:r>
      <w:r w:rsidR="00D96F1E" w:rsidRPr="00D96F1E">
        <w:rPr>
          <w:sz w:val="28"/>
          <w:szCs w:val="28"/>
        </w:rPr>
        <w:tab/>
      </w:r>
      <w:r w:rsidR="00D96F1E" w:rsidRPr="00D96F1E">
        <w:rPr>
          <w:sz w:val="28"/>
          <w:szCs w:val="28"/>
        </w:rPr>
        <w:tab/>
      </w:r>
      <w:r w:rsidR="00D96F1E">
        <w:rPr>
          <w:sz w:val="28"/>
          <w:szCs w:val="28"/>
        </w:rPr>
        <w:t xml:space="preserve">- </w:t>
      </w:r>
      <w:r w:rsidRPr="00D96F1E">
        <w:rPr>
          <w:sz w:val="28"/>
          <w:szCs w:val="28"/>
        </w:rPr>
        <w:t>Trạm Y tế xã;</w:t>
      </w:r>
    </w:p>
    <w:p w14:paraId="4BAB2652" w14:textId="01B749A3" w:rsidR="007B1617" w:rsidRPr="00D96F1E" w:rsidRDefault="00000000" w:rsidP="0065200C">
      <w:pPr>
        <w:spacing w:after="0" w:line="240" w:lineRule="auto"/>
        <w:ind w:left="283"/>
        <w:rPr>
          <w:sz w:val="28"/>
          <w:szCs w:val="28"/>
        </w:rPr>
      </w:pPr>
      <w:r w:rsidRPr="00D96F1E">
        <w:rPr>
          <w:sz w:val="28"/>
          <w:szCs w:val="28"/>
        </w:rPr>
        <w:t xml:space="preserve"> </w:t>
      </w:r>
      <w:r w:rsidR="00D96F1E" w:rsidRPr="00D96F1E">
        <w:rPr>
          <w:sz w:val="28"/>
          <w:szCs w:val="28"/>
        </w:rPr>
        <w:tab/>
      </w:r>
      <w:r w:rsidR="00D96F1E" w:rsidRPr="00D96F1E">
        <w:rPr>
          <w:sz w:val="28"/>
          <w:szCs w:val="28"/>
        </w:rPr>
        <w:tab/>
      </w:r>
      <w:r w:rsidR="00D96F1E" w:rsidRPr="00D96F1E">
        <w:rPr>
          <w:sz w:val="28"/>
          <w:szCs w:val="28"/>
        </w:rPr>
        <w:tab/>
      </w:r>
      <w:r w:rsidR="00D96F1E">
        <w:rPr>
          <w:sz w:val="28"/>
          <w:szCs w:val="28"/>
        </w:rPr>
        <w:t xml:space="preserve">- </w:t>
      </w:r>
      <w:r w:rsidRPr="00D96F1E">
        <w:rPr>
          <w:sz w:val="28"/>
          <w:szCs w:val="28"/>
        </w:rPr>
        <w:t>Các trường học trên địa bàn xã;</w:t>
      </w:r>
    </w:p>
    <w:p w14:paraId="7FE9FB84" w14:textId="7A07DA8B" w:rsidR="007B1617" w:rsidRPr="00D96F1E" w:rsidRDefault="00000000" w:rsidP="0065200C">
      <w:pPr>
        <w:spacing w:after="0" w:line="240" w:lineRule="auto"/>
        <w:ind w:left="283"/>
        <w:rPr>
          <w:sz w:val="28"/>
          <w:szCs w:val="28"/>
        </w:rPr>
      </w:pPr>
      <w:r w:rsidRPr="00D96F1E">
        <w:rPr>
          <w:sz w:val="28"/>
          <w:szCs w:val="28"/>
        </w:rPr>
        <w:t xml:space="preserve"> </w:t>
      </w:r>
      <w:r w:rsidR="00D96F1E" w:rsidRPr="00D96F1E">
        <w:rPr>
          <w:sz w:val="28"/>
          <w:szCs w:val="28"/>
        </w:rPr>
        <w:tab/>
      </w:r>
      <w:r w:rsidR="00D96F1E" w:rsidRPr="00D96F1E">
        <w:rPr>
          <w:sz w:val="28"/>
          <w:szCs w:val="28"/>
        </w:rPr>
        <w:tab/>
      </w:r>
      <w:r w:rsidR="00D96F1E" w:rsidRPr="00D96F1E">
        <w:rPr>
          <w:sz w:val="28"/>
          <w:szCs w:val="28"/>
        </w:rPr>
        <w:tab/>
      </w:r>
      <w:r w:rsidR="00D96F1E">
        <w:rPr>
          <w:sz w:val="28"/>
          <w:szCs w:val="28"/>
        </w:rPr>
        <w:t xml:space="preserve">- </w:t>
      </w:r>
      <w:r w:rsidR="00AB5913">
        <w:rPr>
          <w:sz w:val="28"/>
          <w:szCs w:val="28"/>
        </w:rPr>
        <w:t>Ban cán sự các</w:t>
      </w:r>
      <w:r w:rsidR="00EB076A">
        <w:rPr>
          <w:sz w:val="28"/>
          <w:szCs w:val="28"/>
        </w:rPr>
        <w:t xml:space="preserve"> thôn</w:t>
      </w:r>
      <w:r w:rsidRPr="00D96F1E">
        <w:rPr>
          <w:sz w:val="28"/>
          <w:szCs w:val="28"/>
        </w:rPr>
        <w:t>;</w:t>
      </w:r>
    </w:p>
    <w:p w14:paraId="4E62EE17" w14:textId="0C0F4B44" w:rsidR="007B1617" w:rsidRPr="00D96F1E" w:rsidRDefault="00000000" w:rsidP="0065200C">
      <w:pPr>
        <w:spacing w:after="0" w:line="240" w:lineRule="auto"/>
        <w:ind w:left="283"/>
        <w:rPr>
          <w:sz w:val="28"/>
          <w:szCs w:val="28"/>
        </w:rPr>
      </w:pPr>
      <w:r w:rsidRPr="00D96F1E">
        <w:rPr>
          <w:sz w:val="28"/>
          <w:szCs w:val="28"/>
        </w:rPr>
        <w:t xml:space="preserve"> </w:t>
      </w:r>
      <w:r w:rsidR="00D96F1E" w:rsidRPr="00D96F1E">
        <w:rPr>
          <w:sz w:val="28"/>
          <w:szCs w:val="28"/>
        </w:rPr>
        <w:tab/>
      </w:r>
      <w:r w:rsidR="00D96F1E" w:rsidRPr="00D96F1E">
        <w:rPr>
          <w:sz w:val="28"/>
          <w:szCs w:val="28"/>
        </w:rPr>
        <w:tab/>
      </w:r>
      <w:r w:rsidR="00D96F1E" w:rsidRPr="00D96F1E">
        <w:rPr>
          <w:sz w:val="28"/>
          <w:szCs w:val="28"/>
        </w:rPr>
        <w:tab/>
      </w:r>
      <w:r w:rsidR="00D96F1E">
        <w:rPr>
          <w:sz w:val="28"/>
          <w:szCs w:val="28"/>
        </w:rPr>
        <w:t xml:space="preserve">- </w:t>
      </w:r>
      <w:r w:rsidRPr="00D96F1E">
        <w:rPr>
          <w:sz w:val="28"/>
          <w:szCs w:val="28"/>
        </w:rPr>
        <w:t xml:space="preserve">Các </w:t>
      </w:r>
      <w:r w:rsidR="00AB5913">
        <w:rPr>
          <w:sz w:val="28"/>
          <w:szCs w:val="28"/>
        </w:rPr>
        <w:t>N</w:t>
      </w:r>
      <w:r w:rsidRPr="00D96F1E">
        <w:rPr>
          <w:sz w:val="28"/>
          <w:szCs w:val="28"/>
        </w:rPr>
        <w:t>h</w:t>
      </w:r>
      <w:r w:rsidR="00AB5913">
        <w:rPr>
          <w:sz w:val="28"/>
          <w:szCs w:val="28"/>
        </w:rPr>
        <w:t>à thầu xây dựng</w:t>
      </w:r>
      <w:r w:rsidRPr="00D96F1E">
        <w:rPr>
          <w:sz w:val="28"/>
          <w:szCs w:val="28"/>
        </w:rPr>
        <w:t xml:space="preserve"> công trình trên địa bàn xã;</w:t>
      </w:r>
    </w:p>
    <w:p w14:paraId="4454BB00" w14:textId="65DDC77D" w:rsidR="007B1617" w:rsidRPr="00D96F1E" w:rsidRDefault="00000000" w:rsidP="0065200C">
      <w:pPr>
        <w:spacing w:after="0" w:line="240" w:lineRule="auto"/>
        <w:ind w:left="283"/>
        <w:rPr>
          <w:sz w:val="28"/>
          <w:szCs w:val="28"/>
        </w:rPr>
      </w:pPr>
      <w:r w:rsidRPr="00D96F1E">
        <w:rPr>
          <w:sz w:val="28"/>
          <w:szCs w:val="28"/>
        </w:rPr>
        <w:t xml:space="preserve"> </w:t>
      </w:r>
      <w:r w:rsidR="00D96F1E" w:rsidRPr="00D96F1E">
        <w:rPr>
          <w:sz w:val="28"/>
          <w:szCs w:val="28"/>
        </w:rPr>
        <w:tab/>
      </w:r>
      <w:r w:rsidR="00D96F1E" w:rsidRPr="00D96F1E">
        <w:rPr>
          <w:sz w:val="28"/>
          <w:szCs w:val="28"/>
        </w:rPr>
        <w:tab/>
      </w:r>
      <w:r w:rsidR="00D96F1E" w:rsidRPr="00D96F1E">
        <w:rPr>
          <w:sz w:val="28"/>
          <w:szCs w:val="28"/>
        </w:rPr>
        <w:tab/>
      </w:r>
      <w:r w:rsidR="00D96F1E">
        <w:rPr>
          <w:sz w:val="28"/>
          <w:szCs w:val="28"/>
        </w:rPr>
        <w:t xml:space="preserve">- </w:t>
      </w:r>
      <w:r w:rsidRPr="00D96F1E">
        <w:rPr>
          <w:sz w:val="28"/>
          <w:szCs w:val="28"/>
        </w:rPr>
        <w:t>Các tổ chức, cá nhân có liên quan.</w:t>
      </w:r>
    </w:p>
    <w:p w14:paraId="53DCA5F3" w14:textId="77777777" w:rsidR="00D96F1E" w:rsidRPr="00D96F1E" w:rsidRDefault="00D96F1E" w:rsidP="0065200C">
      <w:pPr>
        <w:spacing w:after="0" w:line="240" w:lineRule="auto"/>
        <w:ind w:left="283"/>
        <w:rPr>
          <w:sz w:val="28"/>
          <w:szCs w:val="28"/>
        </w:rPr>
      </w:pPr>
    </w:p>
    <w:p w14:paraId="0196D641" w14:textId="585A6AA9" w:rsidR="007B1617" w:rsidRPr="00D96F1E" w:rsidRDefault="00000000" w:rsidP="0065200C">
      <w:pPr>
        <w:spacing w:after="0" w:line="264" w:lineRule="auto"/>
        <w:ind w:firstLine="720"/>
        <w:jc w:val="both"/>
        <w:rPr>
          <w:sz w:val="28"/>
          <w:szCs w:val="28"/>
        </w:rPr>
      </w:pPr>
      <w:r w:rsidRPr="00D96F1E">
        <w:rPr>
          <w:sz w:val="28"/>
          <w:szCs w:val="28"/>
        </w:rPr>
        <w:t>Theo bản tin của Đài Khí tượng Thủy văn tỉnh Hà Tĩnh, từ ngày 18 đến ngày 19/8/2026, khu vực Hà Tĩnh có mưa vừa, mưa to, có nơi mưa rất to và dông; lượng mưa phổ biến 50 - 100 mm, có nơi trên 150 mm; cảnh báo nguy cơ mưa có cường độ lớn. Từ ngày 19</w:t>
      </w:r>
      <w:r w:rsidR="00D96F1E">
        <w:rPr>
          <w:sz w:val="28"/>
          <w:szCs w:val="28"/>
        </w:rPr>
        <w:t>/8</w:t>
      </w:r>
      <w:r w:rsidRPr="00D96F1E">
        <w:rPr>
          <w:sz w:val="28"/>
          <w:szCs w:val="28"/>
        </w:rPr>
        <w:t xml:space="preserve"> đến ngày 21/8 tiếp tục có mưa vừa, mưa to, có nơi mưa rất to, tổng lượng mưa cả đợt phổ biến 150 - 250 mm, có nơi trên 300 mm. Mưa lớn có khả năng gây ngập úng tại các vùng trũng, thấp; lũ trên các sông, suối; lũ quét và sạt lở đất tại các khu vực có địa hình dốc.</w:t>
      </w:r>
    </w:p>
    <w:p w14:paraId="12A63AA2" w14:textId="4F169B43" w:rsidR="007B1617" w:rsidRPr="00D96F1E" w:rsidRDefault="00000000" w:rsidP="0065200C">
      <w:pPr>
        <w:spacing w:after="0" w:line="264" w:lineRule="auto"/>
        <w:ind w:firstLine="720"/>
        <w:jc w:val="both"/>
        <w:rPr>
          <w:sz w:val="28"/>
          <w:szCs w:val="28"/>
        </w:rPr>
      </w:pPr>
      <w:r w:rsidRPr="00D96F1E">
        <w:rPr>
          <w:sz w:val="28"/>
          <w:szCs w:val="28"/>
        </w:rPr>
        <w:t xml:space="preserve">Thực hiện Công điện số 12/CĐ-UBND ngày 17/8/2026 của </w:t>
      </w:r>
      <w:r w:rsidR="00AB5913">
        <w:rPr>
          <w:sz w:val="28"/>
          <w:szCs w:val="28"/>
        </w:rPr>
        <w:t xml:space="preserve">Chủ tịch </w:t>
      </w:r>
      <w:r w:rsidRPr="00D96F1E">
        <w:rPr>
          <w:sz w:val="28"/>
          <w:szCs w:val="28"/>
        </w:rPr>
        <w:t>UBND tỉnh Hà Tĩnh về việc chủ động ứng phó mưa lớn, lũ ống, lũ quét, sạt lở đất; để chủ động ứng phó, bảo đảm an toàn tính mạng, tài sản của Nhà nước và Nhân dân trên địa bàn, Chủ tịch UBND xã yêu cầu các phòng, ban, đơn vị, lực lượng chức năng</w:t>
      </w:r>
      <w:r w:rsidR="00AB5913">
        <w:rPr>
          <w:sz w:val="28"/>
          <w:szCs w:val="28"/>
        </w:rPr>
        <w:t>, Ban cán sự các thôn, các tổ chức, cá nhân liên quan</w:t>
      </w:r>
      <w:r w:rsidRPr="00D96F1E">
        <w:rPr>
          <w:sz w:val="28"/>
          <w:szCs w:val="28"/>
        </w:rPr>
        <w:t xml:space="preserve"> khẩn trương triển khai thực hiện các nhiệm vụ sau:</w:t>
      </w:r>
    </w:p>
    <w:p w14:paraId="16983F99" w14:textId="49930250" w:rsidR="007B1617" w:rsidRPr="00DC0E8E" w:rsidRDefault="00AB5913" w:rsidP="0065200C">
      <w:pPr>
        <w:spacing w:after="0" w:line="264" w:lineRule="auto"/>
        <w:ind w:firstLine="720"/>
        <w:jc w:val="both"/>
        <w:rPr>
          <w:bCs/>
          <w:sz w:val="28"/>
          <w:szCs w:val="28"/>
        </w:rPr>
      </w:pPr>
      <w:r>
        <w:rPr>
          <w:bCs/>
          <w:sz w:val="28"/>
          <w:szCs w:val="28"/>
        </w:rPr>
        <w:t>1.</w:t>
      </w:r>
      <w:r w:rsidR="00DC0E8E">
        <w:rPr>
          <w:bCs/>
          <w:sz w:val="28"/>
          <w:szCs w:val="28"/>
        </w:rPr>
        <w:t xml:space="preserve"> </w:t>
      </w:r>
      <w:r w:rsidR="00DC0E8E" w:rsidRPr="00DC0E8E">
        <w:rPr>
          <w:bCs/>
          <w:sz w:val="28"/>
          <w:szCs w:val="28"/>
        </w:rPr>
        <w:t>Tổ chức triển khai nghiêm túc</w:t>
      </w:r>
      <w:r w:rsidR="008C651E">
        <w:rPr>
          <w:bCs/>
          <w:sz w:val="28"/>
          <w:szCs w:val="28"/>
        </w:rPr>
        <w:t xml:space="preserve"> </w:t>
      </w:r>
      <w:r w:rsidR="008C651E" w:rsidRPr="00D96F1E">
        <w:rPr>
          <w:sz w:val="28"/>
          <w:szCs w:val="28"/>
        </w:rPr>
        <w:t xml:space="preserve">Công điện số 12/CĐ-UBND ngày 17/8/2026 của </w:t>
      </w:r>
      <w:r w:rsidR="008C651E">
        <w:rPr>
          <w:sz w:val="28"/>
          <w:szCs w:val="28"/>
        </w:rPr>
        <w:t xml:space="preserve">Chủ tịch </w:t>
      </w:r>
      <w:r w:rsidR="008C651E" w:rsidRPr="00D96F1E">
        <w:rPr>
          <w:sz w:val="28"/>
          <w:szCs w:val="28"/>
        </w:rPr>
        <w:t>UBND tỉnh Hà Tĩnh</w:t>
      </w:r>
      <w:r w:rsidR="008C651E">
        <w:rPr>
          <w:sz w:val="28"/>
          <w:szCs w:val="28"/>
        </w:rPr>
        <w:t xml:space="preserve">; </w:t>
      </w:r>
      <w:r w:rsidR="009F404E">
        <w:rPr>
          <w:sz w:val="28"/>
          <w:szCs w:val="28"/>
        </w:rPr>
        <w:t>P</w:t>
      </w:r>
      <w:r w:rsidR="008C651E">
        <w:rPr>
          <w:sz w:val="28"/>
          <w:szCs w:val="28"/>
        </w:rPr>
        <w:t xml:space="preserve">hương án ứng phó thiên tai năm 2026 được UBND xã phê duyệt </w:t>
      </w:r>
      <w:r w:rsidR="008C651E" w:rsidRPr="00F44259">
        <w:rPr>
          <w:sz w:val="28"/>
          <w:szCs w:val="28"/>
        </w:rPr>
        <w:t>tại Quyết định số</w:t>
      </w:r>
      <w:r w:rsidR="00F44259" w:rsidRPr="00F44259">
        <w:rPr>
          <w:sz w:val="28"/>
          <w:szCs w:val="28"/>
        </w:rPr>
        <w:t xml:space="preserve"> 496</w:t>
      </w:r>
      <w:r w:rsidR="008C651E" w:rsidRPr="00F44259">
        <w:rPr>
          <w:sz w:val="28"/>
          <w:szCs w:val="28"/>
        </w:rPr>
        <w:t>/QĐ-UBND ngày</w:t>
      </w:r>
      <w:r w:rsidR="00F44259" w:rsidRPr="00F44259">
        <w:rPr>
          <w:sz w:val="28"/>
          <w:szCs w:val="28"/>
        </w:rPr>
        <w:t xml:space="preserve"> 24/4/</w:t>
      </w:r>
      <w:r w:rsidR="008C651E" w:rsidRPr="00F44259">
        <w:rPr>
          <w:sz w:val="28"/>
          <w:szCs w:val="28"/>
        </w:rPr>
        <w:t>2026</w:t>
      </w:r>
      <w:r w:rsidR="00DC0E8E" w:rsidRPr="00DC0E8E">
        <w:rPr>
          <w:bCs/>
          <w:sz w:val="28"/>
          <w:szCs w:val="28"/>
        </w:rPr>
        <w:t>; tuyệt đối không chủ quan, lơ là, bị động, bất ngờ trước diễn biến của mưa lớn, lũ, ngập lụt, lũ quét, sạt lở đất</w:t>
      </w:r>
      <w:r w:rsidR="00F50A0D">
        <w:rPr>
          <w:bCs/>
          <w:sz w:val="28"/>
          <w:szCs w:val="28"/>
        </w:rPr>
        <w:t>, trong đó tập trung một số nhiệm vụ sau</w:t>
      </w:r>
      <w:r w:rsidR="00DC0E8E" w:rsidRPr="00DC0E8E">
        <w:rPr>
          <w:bCs/>
          <w:sz w:val="28"/>
          <w:szCs w:val="28"/>
        </w:rPr>
        <w:t>.</w:t>
      </w:r>
    </w:p>
    <w:p w14:paraId="69CC9A6C" w14:textId="52A1E868" w:rsidR="007B1617" w:rsidRPr="00DC0E8E" w:rsidRDefault="00DC0E8E" w:rsidP="0065200C">
      <w:pPr>
        <w:spacing w:after="0" w:line="264" w:lineRule="auto"/>
        <w:ind w:firstLine="720"/>
        <w:jc w:val="both"/>
        <w:rPr>
          <w:bCs/>
          <w:sz w:val="28"/>
          <w:szCs w:val="28"/>
        </w:rPr>
      </w:pPr>
      <w:r>
        <w:rPr>
          <w:bCs/>
          <w:sz w:val="28"/>
          <w:szCs w:val="28"/>
        </w:rPr>
        <w:t xml:space="preserve">- </w:t>
      </w:r>
      <w:r w:rsidR="00F50A0D">
        <w:rPr>
          <w:bCs/>
          <w:sz w:val="28"/>
          <w:szCs w:val="28"/>
        </w:rPr>
        <w:t>K</w:t>
      </w:r>
      <w:r w:rsidR="00F50A0D" w:rsidRPr="00F50A0D">
        <w:rPr>
          <w:bCs/>
          <w:sz w:val="28"/>
          <w:szCs w:val="28"/>
        </w:rPr>
        <w:t xml:space="preserve">hẩn trương triển khai các biện pháp ứng phó với thiên tai trên địa bàn </w:t>
      </w:r>
      <w:r w:rsidR="00F50A0D">
        <w:rPr>
          <w:bCs/>
          <w:sz w:val="28"/>
          <w:szCs w:val="28"/>
        </w:rPr>
        <w:t>theo</w:t>
      </w:r>
      <w:r w:rsidRPr="00DC0E8E">
        <w:rPr>
          <w:bCs/>
          <w:sz w:val="28"/>
          <w:szCs w:val="28"/>
        </w:rPr>
        <w:t xml:space="preserve"> phương châm “4 tại chỗ”; chủ động chuẩn bị lực lượng, phương tiện, vật tư, trang thiết bị và các điều kiện cần thiết để ứng phó với các tình huống thiên tai xảy ra trên địa bàn.</w:t>
      </w:r>
    </w:p>
    <w:p w14:paraId="16710955" w14:textId="77777777" w:rsidR="00DC0E8E" w:rsidRDefault="00DC0E8E" w:rsidP="0065200C">
      <w:pPr>
        <w:spacing w:after="0" w:line="264" w:lineRule="auto"/>
        <w:ind w:firstLine="720"/>
        <w:jc w:val="both"/>
        <w:rPr>
          <w:bCs/>
          <w:sz w:val="28"/>
          <w:szCs w:val="28"/>
        </w:rPr>
      </w:pPr>
      <w:r>
        <w:rPr>
          <w:bCs/>
          <w:sz w:val="28"/>
          <w:szCs w:val="28"/>
        </w:rPr>
        <w:t xml:space="preserve">- </w:t>
      </w:r>
      <w:r w:rsidRPr="00DC0E8E">
        <w:rPr>
          <w:bCs/>
          <w:sz w:val="28"/>
          <w:szCs w:val="28"/>
        </w:rPr>
        <w:t xml:space="preserve">Theo dõi chặt chẽ diễn biến thời tiết, mưa lũ qua các bản tin dự báo, cảnh báo của cơ quan khí tượng thủy văn và các kênh thông tin chính thống; kịp thời </w:t>
      </w:r>
      <w:r w:rsidRPr="00DC0E8E">
        <w:rPr>
          <w:bCs/>
          <w:sz w:val="28"/>
          <w:szCs w:val="28"/>
        </w:rPr>
        <w:lastRenderedPageBreak/>
        <w:t>thông báo đến Nhân dân, nhất là các hộ dân tại khu vực ven sông, suối, vùng trũng thấp, khu vực có nguy cơ ngập lụt, lũ quét, sạt lở đất để chủ động phòng tránh.</w:t>
      </w:r>
    </w:p>
    <w:p w14:paraId="2EC19BC7" w14:textId="3E7E00F5" w:rsidR="00F50A0D" w:rsidRDefault="00F50A0D" w:rsidP="0065200C">
      <w:pPr>
        <w:spacing w:after="0" w:line="264" w:lineRule="auto"/>
        <w:ind w:firstLine="720"/>
        <w:jc w:val="both"/>
        <w:rPr>
          <w:bCs/>
          <w:sz w:val="28"/>
          <w:szCs w:val="28"/>
        </w:rPr>
      </w:pPr>
      <w:r>
        <w:rPr>
          <w:bCs/>
          <w:sz w:val="28"/>
          <w:szCs w:val="28"/>
        </w:rPr>
        <w:t xml:space="preserve">2. Ban </w:t>
      </w:r>
      <w:r w:rsidR="00EB076A">
        <w:rPr>
          <w:bCs/>
          <w:sz w:val="28"/>
          <w:szCs w:val="28"/>
        </w:rPr>
        <w:t>cán</w:t>
      </w:r>
      <w:r>
        <w:rPr>
          <w:bCs/>
          <w:sz w:val="28"/>
          <w:szCs w:val="28"/>
        </w:rPr>
        <w:t xml:space="preserve"> sự các thôn</w:t>
      </w:r>
    </w:p>
    <w:p w14:paraId="4902F0D5" w14:textId="6B5FD8B6" w:rsidR="00F50A0D" w:rsidRDefault="00F50A0D" w:rsidP="0065200C">
      <w:pPr>
        <w:spacing w:after="0" w:line="264" w:lineRule="auto"/>
        <w:ind w:firstLine="720"/>
        <w:jc w:val="both"/>
        <w:rPr>
          <w:bCs/>
          <w:sz w:val="28"/>
          <w:szCs w:val="28"/>
        </w:rPr>
      </w:pPr>
      <w:r>
        <w:rPr>
          <w:bCs/>
          <w:sz w:val="28"/>
          <w:szCs w:val="28"/>
        </w:rPr>
        <w:t>- Chỉ đạo Nhân dân huy động lực lượng, phương tiện thu hoạch</w:t>
      </w:r>
      <w:r w:rsidR="00856069">
        <w:rPr>
          <w:bCs/>
          <w:sz w:val="28"/>
          <w:szCs w:val="28"/>
        </w:rPr>
        <w:t xml:space="preserve"> nhanh</w:t>
      </w:r>
      <w:r>
        <w:rPr>
          <w:bCs/>
          <w:sz w:val="28"/>
          <w:szCs w:val="28"/>
        </w:rPr>
        <w:t xml:space="preserve"> lúa Hè Thu </w:t>
      </w:r>
      <w:r w:rsidR="00856069">
        <w:rPr>
          <w:bCs/>
          <w:sz w:val="28"/>
          <w:szCs w:val="28"/>
        </w:rPr>
        <w:t>với phương châm xanh nhà hơn già đồng để hạn chế thiệt hại do mưa lũ gây ra.</w:t>
      </w:r>
    </w:p>
    <w:p w14:paraId="53317C5A" w14:textId="285DBA52" w:rsidR="007B1617" w:rsidRPr="00DC0E8E" w:rsidRDefault="00DC0E8E" w:rsidP="0065200C">
      <w:pPr>
        <w:spacing w:after="0" w:line="264" w:lineRule="auto"/>
        <w:ind w:firstLine="720"/>
        <w:jc w:val="both"/>
        <w:rPr>
          <w:bCs/>
          <w:sz w:val="28"/>
          <w:szCs w:val="28"/>
        </w:rPr>
      </w:pPr>
      <w:r>
        <w:rPr>
          <w:bCs/>
          <w:sz w:val="28"/>
          <w:szCs w:val="28"/>
        </w:rPr>
        <w:t xml:space="preserve">- </w:t>
      </w:r>
      <w:r w:rsidRPr="00DC0E8E">
        <w:rPr>
          <w:bCs/>
          <w:sz w:val="28"/>
          <w:szCs w:val="28"/>
        </w:rPr>
        <w:t>Khẩn trương rà soát các khu vực có nguy cơ ngập sâu, ngập cục bộ, lũ quét, sạt lở đất, các tuyến đường, cầu, cống, ngầm, tràn và các khu vực xung yếu trên địa bàn thôn; chủ động xây dựng phương án xử lý phù hợp.</w:t>
      </w:r>
    </w:p>
    <w:p w14:paraId="2C7C7C89" w14:textId="0B3FB740" w:rsidR="007B1617" w:rsidRPr="00DC0E8E" w:rsidRDefault="00DC0E8E" w:rsidP="0065200C">
      <w:pPr>
        <w:spacing w:after="0" w:line="264" w:lineRule="auto"/>
        <w:ind w:firstLine="720"/>
        <w:jc w:val="both"/>
        <w:rPr>
          <w:bCs/>
          <w:sz w:val="28"/>
          <w:szCs w:val="28"/>
        </w:rPr>
      </w:pPr>
      <w:r>
        <w:rPr>
          <w:bCs/>
          <w:sz w:val="28"/>
          <w:szCs w:val="28"/>
        </w:rPr>
        <w:t xml:space="preserve">- </w:t>
      </w:r>
      <w:r w:rsidRPr="00DC0E8E">
        <w:rPr>
          <w:bCs/>
          <w:sz w:val="28"/>
          <w:szCs w:val="28"/>
        </w:rPr>
        <w:t>Rà soát các hộ dân sinh sống tại khu vực có nguy cơ mất an toàn; đặc biệt quan tâm người già, trẻ em, người khuyết tật, người neo đơn và các hộ có hoàn cảnh khó khăn để có phương án hỗ trợ, sơ tán khi cần thiết.</w:t>
      </w:r>
    </w:p>
    <w:p w14:paraId="3EC26691" w14:textId="0D688BEC" w:rsidR="007B1617" w:rsidRPr="00DC0E8E" w:rsidRDefault="00DC0E8E" w:rsidP="0065200C">
      <w:pPr>
        <w:spacing w:after="0" w:line="264" w:lineRule="auto"/>
        <w:ind w:firstLine="720"/>
        <w:jc w:val="both"/>
        <w:rPr>
          <w:bCs/>
          <w:sz w:val="28"/>
          <w:szCs w:val="28"/>
        </w:rPr>
      </w:pPr>
      <w:r>
        <w:rPr>
          <w:bCs/>
          <w:sz w:val="28"/>
          <w:szCs w:val="28"/>
        </w:rPr>
        <w:t xml:space="preserve">- </w:t>
      </w:r>
      <w:r w:rsidRPr="00DC0E8E">
        <w:rPr>
          <w:bCs/>
          <w:sz w:val="28"/>
          <w:szCs w:val="28"/>
        </w:rPr>
        <w:t>Khi có tình huống nguy hiểm, chủ động huy động lực lượng tại chỗ tổ chức sơ tán người dân đến nơi an toàn; không để người dân ở lại tại khu vực có nguy cơ cao xảy ra lũ quét, sạt lở đất, ngập sâu.</w:t>
      </w:r>
    </w:p>
    <w:p w14:paraId="42E59780" w14:textId="2A1A6DDF" w:rsidR="007B1617" w:rsidRPr="00DC0E8E" w:rsidRDefault="00DC0E8E" w:rsidP="0065200C">
      <w:pPr>
        <w:spacing w:after="0" w:line="264" w:lineRule="auto"/>
        <w:ind w:firstLine="720"/>
        <w:jc w:val="both"/>
        <w:rPr>
          <w:bCs/>
          <w:sz w:val="28"/>
          <w:szCs w:val="28"/>
        </w:rPr>
      </w:pPr>
      <w:r>
        <w:rPr>
          <w:bCs/>
          <w:sz w:val="28"/>
          <w:szCs w:val="28"/>
        </w:rPr>
        <w:t xml:space="preserve">- </w:t>
      </w:r>
      <w:r w:rsidRPr="00DC0E8E">
        <w:rPr>
          <w:bCs/>
          <w:sz w:val="28"/>
          <w:szCs w:val="28"/>
        </w:rPr>
        <w:t>Tuyên truyền, vận động Nhân dân không đi qua các khu vực ngập sâu, nước chảy xiết, cầu, cống, ngầm, tràn khi không bảo đảm an toàn; không vớt củi, đánh bắt cá hoặc hoạt động gần khu vực sông, suối trong thời gian mưa lũ.</w:t>
      </w:r>
    </w:p>
    <w:p w14:paraId="7CF1E6A2" w14:textId="3DF602E3" w:rsidR="007B1617" w:rsidRPr="00DC0E8E" w:rsidRDefault="00DC0E8E" w:rsidP="0065200C">
      <w:pPr>
        <w:spacing w:after="0" w:line="264" w:lineRule="auto"/>
        <w:ind w:firstLine="720"/>
        <w:jc w:val="both"/>
        <w:rPr>
          <w:bCs/>
          <w:sz w:val="28"/>
          <w:szCs w:val="28"/>
        </w:rPr>
      </w:pPr>
      <w:r>
        <w:rPr>
          <w:bCs/>
          <w:sz w:val="28"/>
          <w:szCs w:val="28"/>
        </w:rPr>
        <w:t xml:space="preserve">- </w:t>
      </w:r>
      <w:r w:rsidRPr="00DC0E8E">
        <w:rPr>
          <w:bCs/>
          <w:sz w:val="28"/>
          <w:szCs w:val="28"/>
        </w:rPr>
        <w:t>Thường xuyên kiểm tra, khơi thông dòng chảy tại các tuyến mương, cống thoát nước, cửa thu nước; kịp thời phát hiện và báo cáo UBND xã các điểm có nguy cơ ngập úng, sạt lở hoặc ách tắc dòng chảy.</w:t>
      </w:r>
    </w:p>
    <w:p w14:paraId="6729CC96" w14:textId="77777777" w:rsidR="007B1617" w:rsidRPr="00DC0E8E" w:rsidRDefault="00000000" w:rsidP="0065200C">
      <w:pPr>
        <w:spacing w:after="0" w:line="264" w:lineRule="auto"/>
        <w:ind w:firstLine="720"/>
        <w:jc w:val="both"/>
        <w:rPr>
          <w:bCs/>
          <w:sz w:val="28"/>
          <w:szCs w:val="28"/>
        </w:rPr>
      </w:pPr>
      <w:r w:rsidRPr="00DC0E8E">
        <w:rPr>
          <w:bCs/>
          <w:sz w:val="28"/>
          <w:szCs w:val="28"/>
        </w:rPr>
        <w:t>3. Phòng Kinh tế</w:t>
      </w:r>
    </w:p>
    <w:p w14:paraId="499A7A85" w14:textId="4D2E6785" w:rsidR="007B1617" w:rsidRPr="00DC0E8E" w:rsidRDefault="00DC0E8E" w:rsidP="0065200C">
      <w:pPr>
        <w:spacing w:after="0" w:line="264" w:lineRule="auto"/>
        <w:ind w:firstLine="720"/>
        <w:jc w:val="both"/>
        <w:rPr>
          <w:bCs/>
          <w:sz w:val="28"/>
          <w:szCs w:val="28"/>
        </w:rPr>
      </w:pPr>
      <w:r>
        <w:rPr>
          <w:bCs/>
          <w:sz w:val="28"/>
          <w:szCs w:val="28"/>
        </w:rPr>
        <w:t xml:space="preserve">- </w:t>
      </w:r>
      <w:r w:rsidRPr="00DC0E8E">
        <w:rPr>
          <w:bCs/>
          <w:sz w:val="28"/>
          <w:szCs w:val="28"/>
        </w:rPr>
        <w:t>Chủ trì theo dõi, tổng hợp tình hình thiên tai trên địa bàn; tham mưu UBND xã chỉ đạo, điều hành công tác phòng, chống thiên tai và tìm kiếm cứu nạn theo quy định.</w:t>
      </w:r>
    </w:p>
    <w:p w14:paraId="465B2CF6" w14:textId="1CD91F09" w:rsidR="007B1617" w:rsidRPr="00DC0E8E" w:rsidRDefault="00DC0E8E" w:rsidP="0065200C">
      <w:pPr>
        <w:spacing w:after="0" w:line="264" w:lineRule="auto"/>
        <w:ind w:firstLine="720"/>
        <w:jc w:val="both"/>
        <w:rPr>
          <w:bCs/>
          <w:sz w:val="28"/>
          <w:szCs w:val="28"/>
        </w:rPr>
      </w:pPr>
      <w:r>
        <w:rPr>
          <w:bCs/>
          <w:sz w:val="28"/>
          <w:szCs w:val="28"/>
        </w:rPr>
        <w:t xml:space="preserve">- </w:t>
      </w:r>
      <w:r w:rsidRPr="00DC0E8E">
        <w:rPr>
          <w:bCs/>
          <w:sz w:val="28"/>
          <w:szCs w:val="28"/>
        </w:rPr>
        <w:t>Kiểm tra, rà soát các công trình thủy lợi, hồ đập, kênh mương, cống tiêu thoát nước và các khu vực xung yếu; kịp thời tham mưu xử lý hoặc báo cáo cấp có thẩm quyền xử lý các nguy cơ mất an toàn.</w:t>
      </w:r>
    </w:p>
    <w:p w14:paraId="32D8C1BE" w14:textId="7929F802" w:rsidR="007B1617" w:rsidRPr="00DC0E8E" w:rsidRDefault="00DC0E8E" w:rsidP="0065200C">
      <w:pPr>
        <w:spacing w:after="0" w:line="264" w:lineRule="auto"/>
        <w:ind w:firstLine="720"/>
        <w:jc w:val="both"/>
        <w:rPr>
          <w:bCs/>
          <w:sz w:val="28"/>
          <w:szCs w:val="28"/>
        </w:rPr>
      </w:pPr>
      <w:r>
        <w:rPr>
          <w:bCs/>
          <w:sz w:val="28"/>
          <w:szCs w:val="28"/>
        </w:rPr>
        <w:t xml:space="preserve">- </w:t>
      </w:r>
      <w:r w:rsidRPr="00DC0E8E">
        <w:rPr>
          <w:bCs/>
          <w:sz w:val="28"/>
          <w:szCs w:val="28"/>
        </w:rPr>
        <w:t xml:space="preserve">Chủ động phương án tiêu nước, chống úng bảo vệ sản xuất nông nghiệp; rà soát diện tích lúa Hè Thu, rau màu, cây trồng, vật nuôi, thủy sản có nguy cơ bị ảnh hưởng để </w:t>
      </w:r>
      <w:r w:rsidR="00856069">
        <w:rPr>
          <w:bCs/>
          <w:sz w:val="28"/>
          <w:szCs w:val="28"/>
        </w:rPr>
        <w:t>chỉ đạo thực hiện các</w:t>
      </w:r>
      <w:r w:rsidRPr="00DC0E8E">
        <w:rPr>
          <w:bCs/>
          <w:sz w:val="28"/>
          <w:szCs w:val="28"/>
        </w:rPr>
        <w:t xml:space="preserve"> biện pháp bảo vệ, thu hoạch phù hợp.</w:t>
      </w:r>
    </w:p>
    <w:p w14:paraId="0D2EA147" w14:textId="2F0CBD92" w:rsidR="007B1617" w:rsidRPr="00DC0E8E" w:rsidRDefault="00DC0E8E" w:rsidP="0065200C">
      <w:pPr>
        <w:spacing w:after="0" w:line="264" w:lineRule="auto"/>
        <w:ind w:firstLine="720"/>
        <w:jc w:val="both"/>
        <w:rPr>
          <w:bCs/>
          <w:sz w:val="28"/>
          <w:szCs w:val="28"/>
        </w:rPr>
      </w:pPr>
      <w:r>
        <w:rPr>
          <w:bCs/>
          <w:sz w:val="28"/>
          <w:szCs w:val="28"/>
        </w:rPr>
        <w:t xml:space="preserve">- </w:t>
      </w:r>
      <w:r w:rsidRPr="00DC0E8E">
        <w:rPr>
          <w:bCs/>
          <w:sz w:val="28"/>
          <w:szCs w:val="28"/>
        </w:rPr>
        <w:t>Theo dõi tình hình sạt lở đất, cây cối có nguy cơ đổ ngã, các điểm xung yếu trên địa bàn; kịp thời tham mưu UBND xã huy động lực lượng, phương tiện xử lý khi có tình huống xảy ra.</w:t>
      </w:r>
    </w:p>
    <w:p w14:paraId="50EDEAF9" w14:textId="77777777" w:rsidR="007B1617" w:rsidRPr="00DC0E8E" w:rsidRDefault="00000000" w:rsidP="0065200C">
      <w:pPr>
        <w:spacing w:after="0" w:line="264" w:lineRule="auto"/>
        <w:ind w:firstLine="720"/>
        <w:jc w:val="both"/>
        <w:rPr>
          <w:bCs/>
          <w:sz w:val="28"/>
          <w:szCs w:val="28"/>
        </w:rPr>
      </w:pPr>
      <w:r w:rsidRPr="00DC0E8E">
        <w:rPr>
          <w:bCs/>
          <w:sz w:val="28"/>
          <w:szCs w:val="28"/>
        </w:rPr>
        <w:t>4. Công an xã</w:t>
      </w:r>
    </w:p>
    <w:p w14:paraId="525C258D" w14:textId="480F9015" w:rsidR="007B1617" w:rsidRPr="00DC0E8E" w:rsidRDefault="00DC0E8E" w:rsidP="0065200C">
      <w:pPr>
        <w:spacing w:after="0" w:line="264" w:lineRule="auto"/>
        <w:ind w:firstLine="720"/>
        <w:jc w:val="both"/>
        <w:rPr>
          <w:bCs/>
          <w:sz w:val="28"/>
          <w:szCs w:val="28"/>
        </w:rPr>
      </w:pPr>
      <w:r>
        <w:rPr>
          <w:bCs/>
          <w:sz w:val="28"/>
          <w:szCs w:val="28"/>
        </w:rPr>
        <w:t xml:space="preserve">- </w:t>
      </w:r>
      <w:r w:rsidRPr="00DC0E8E">
        <w:rPr>
          <w:bCs/>
          <w:sz w:val="28"/>
          <w:szCs w:val="28"/>
        </w:rPr>
        <w:t>Chủ trì, phối hợp với Ban Chỉ huy Quân sự xã và các lực lượng liên quan bảo đảm an ninh, trật tự, an toàn giao thông trong thời gian xảy ra mưa lũ.</w:t>
      </w:r>
    </w:p>
    <w:p w14:paraId="34197CEC" w14:textId="2E84798E" w:rsidR="007B1617" w:rsidRPr="00DC0E8E" w:rsidRDefault="00DC0E8E" w:rsidP="0065200C">
      <w:pPr>
        <w:spacing w:after="0" w:line="264" w:lineRule="auto"/>
        <w:ind w:firstLine="720"/>
        <w:jc w:val="both"/>
        <w:rPr>
          <w:bCs/>
          <w:sz w:val="28"/>
          <w:szCs w:val="28"/>
        </w:rPr>
      </w:pPr>
      <w:r>
        <w:rPr>
          <w:bCs/>
          <w:sz w:val="28"/>
          <w:szCs w:val="28"/>
        </w:rPr>
        <w:t xml:space="preserve">- </w:t>
      </w:r>
      <w:r w:rsidRPr="00DC0E8E">
        <w:rPr>
          <w:bCs/>
          <w:sz w:val="28"/>
          <w:szCs w:val="28"/>
        </w:rPr>
        <w:t>Bố trí lực lượng cảnh giới, hướng dẫn giao thông tại các khu vực ngập sâu, nước chảy xiết, cầu, cống, ngầm, tràn và các điểm có nguy cơ mất an toàn; kiên quyết không để người và phương tiện đi qua khu vực nguy hiểm.</w:t>
      </w:r>
    </w:p>
    <w:p w14:paraId="1EBE837E" w14:textId="77777777" w:rsidR="00DC0E8E" w:rsidRDefault="00DC0E8E" w:rsidP="0065200C">
      <w:pPr>
        <w:spacing w:after="0" w:line="264" w:lineRule="auto"/>
        <w:ind w:firstLine="720"/>
        <w:jc w:val="both"/>
        <w:rPr>
          <w:bCs/>
          <w:sz w:val="28"/>
          <w:szCs w:val="28"/>
        </w:rPr>
      </w:pPr>
      <w:r>
        <w:rPr>
          <w:bCs/>
          <w:sz w:val="28"/>
          <w:szCs w:val="28"/>
        </w:rPr>
        <w:lastRenderedPageBreak/>
        <w:t xml:space="preserve">- </w:t>
      </w:r>
      <w:r w:rsidRPr="00DC0E8E">
        <w:rPr>
          <w:bCs/>
          <w:sz w:val="28"/>
          <w:szCs w:val="28"/>
        </w:rPr>
        <w:t>Sẵn sàng lực lượng, phương tiện phối hợp tổ chức sơ tán, cứu hộ, cứu nạn và hỗ trợ Nhân dân khi có yêu cầu.</w:t>
      </w:r>
    </w:p>
    <w:p w14:paraId="05395A24" w14:textId="119664C8" w:rsidR="00D96F1E" w:rsidRPr="00DC0E8E" w:rsidRDefault="00DC0E8E" w:rsidP="0065200C">
      <w:pPr>
        <w:spacing w:after="0" w:line="264" w:lineRule="auto"/>
        <w:ind w:firstLine="720"/>
        <w:jc w:val="both"/>
        <w:rPr>
          <w:bCs/>
          <w:sz w:val="28"/>
          <w:szCs w:val="28"/>
        </w:rPr>
      </w:pPr>
      <w:r>
        <w:rPr>
          <w:bCs/>
          <w:sz w:val="28"/>
          <w:szCs w:val="28"/>
        </w:rPr>
        <w:t xml:space="preserve">- </w:t>
      </w:r>
      <w:r w:rsidR="00D96F1E" w:rsidRPr="00DC0E8E">
        <w:rPr>
          <w:bCs/>
          <w:sz w:val="28"/>
          <w:szCs w:val="28"/>
        </w:rPr>
        <w:t>Thường xuyên tổ chức tuần tra, kiểm tra và xử lý nghiêm các tổ chức, cá nhân sử dụng kích điện và các phương tiện bị cấm để khai thác thủy sản trái phép trên sông, suối, kênh, mương góp phần bảo vệ, tái tạo và phát triển nguồn lợi thủy sản</w:t>
      </w:r>
      <w:r w:rsidR="00856069">
        <w:rPr>
          <w:bCs/>
          <w:sz w:val="28"/>
          <w:szCs w:val="28"/>
        </w:rPr>
        <w:t>.</w:t>
      </w:r>
    </w:p>
    <w:p w14:paraId="5E6546D6" w14:textId="69E4AFCE" w:rsidR="007B1617" w:rsidRPr="00DC0E8E" w:rsidRDefault="00000000" w:rsidP="0065200C">
      <w:pPr>
        <w:spacing w:after="0" w:line="264" w:lineRule="auto"/>
        <w:ind w:firstLine="720"/>
        <w:jc w:val="both"/>
        <w:rPr>
          <w:bCs/>
          <w:sz w:val="28"/>
          <w:szCs w:val="28"/>
        </w:rPr>
      </w:pPr>
      <w:r w:rsidRPr="00DC0E8E">
        <w:rPr>
          <w:bCs/>
          <w:sz w:val="28"/>
          <w:szCs w:val="28"/>
        </w:rPr>
        <w:t>5. Ban Chỉ huy Quân sự xã</w:t>
      </w:r>
    </w:p>
    <w:p w14:paraId="6E5B5588" w14:textId="22AA2039" w:rsidR="007B1617" w:rsidRPr="00DC0E8E" w:rsidRDefault="00DC0E8E" w:rsidP="0065200C">
      <w:pPr>
        <w:spacing w:after="0" w:line="264" w:lineRule="auto"/>
        <w:ind w:firstLine="720"/>
        <w:jc w:val="both"/>
        <w:rPr>
          <w:bCs/>
          <w:sz w:val="28"/>
          <w:szCs w:val="28"/>
        </w:rPr>
      </w:pPr>
      <w:r>
        <w:rPr>
          <w:bCs/>
          <w:sz w:val="28"/>
          <w:szCs w:val="28"/>
        </w:rPr>
        <w:t xml:space="preserve">- </w:t>
      </w:r>
      <w:r w:rsidRPr="00DC0E8E">
        <w:rPr>
          <w:bCs/>
          <w:sz w:val="28"/>
          <w:szCs w:val="28"/>
        </w:rPr>
        <w:t>Chủ động rà soát, chuẩn bị lực lượng dân quân, phương tiện và các trang thiết bị cần thiết để thực hiện nhiệm vụ phòng, chống thiên tai, tìm kiếm cứu nạn theo phương châm “4 tại chỗ”.</w:t>
      </w:r>
    </w:p>
    <w:p w14:paraId="40ED41C9" w14:textId="04347EFC" w:rsidR="007B1617" w:rsidRPr="00DC0E8E" w:rsidRDefault="00DC0E8E" w:rsidP="0065200C">
      <w:pPr>
        <w:spacing w:after="0" w:line="264" w:lineRule="auto"/>
        <w:ind w:firstLine="720"/>
        <w:jc w:val="both"/>
        <w:rPr>
          <w:bCs/>
          <w:sz w:val="28"/>
          <w:szCs w:val="28"/>
        </w:rPr>
      </w:pPr>
      <w:r>
        <w:rPr>
          <w:bCs/>
          <w:sz w:val="28"/>
          <w:szCs w:val="28"/>
        </w:rPr>
        <w:t xml:space="preserve">- </w:t>
      </w:r>
      <w:r w:rsidRPr="00DC0E8E">
        <w:rPr>
          <w:bCs/>
          <w:sz w:val="28"/>
          <w:szCs w:val="28"/>
        </w:rPr>
        <w:t>Phối hợp với Công an xã, các phòng, ban và các thôn tổ chức sơ tán dân, cứu hộ, cứu nạn, hỗ trợ Nhân dân khắc phục hậu quả thiên tai khi có tình huống xảy ra.</w:t>
      </w:r>
    </w:p>
    <w:p w14:paraId="69018DC4" w14:textId="33A7CEB4" w:rsidR="007B1617" w:rsidRPr="00DC0E8E" w:rsidRDefault="00DC0E8E" w:rsidP="0065200C">
      <w:pPr>
        <w:spacing w:after="0" w:line="264" w:lineRule="auto"/>
        <w:ind w:firstLine="720"/>
        <w:jc w:val="both"/>
        <w:rPr>
          <w:bCs/>
          <w:sz w:val="28"/>
          <w:szCs w:val="28"/>
        </w:rPr>
      </w:pPr>
      <w:r>
        <w:rPr>
          <w:bCs/>
          <w:sz w:val="28"/>
          <w:szCs w:val="28"/>
        </w:rPr>
        <w:t xml:space="preserve">- </w:t>
      </w:r>
      <w:r w:rsidRPr="00DC0E8E">
        <w:rPr>
          <w:bCs/>
          <w:sz w:val="28"/>
          <w:szCs w:val="28"/>
        </w:rPr>
        <w:t>Chủ động lực lượng hỗ trợ Nhân dân thu hoạch lúa Hè Thu, hoa màu và các sản phẩm nông nghiệp đến kỳ thu hoạch tại những khu vực có nguy cơ bị ảnh hưởng bởi mưa lũ</w:t>
      </w:r>
      <w:r w:rsidR="00856069">
        <w:rPr>
          <w:bCs/>
          <w:sz w:val="28"/>
          <w:szCs w:val="28"/>
        </w:rPr>
        <w:t xml:space="preserve"> khi có yêu cầu</w:t>
      </w:r>
      <w:r w:rsidRPr="00DC0E8E">
        <w:rPr>
          <w:bCs/>
          <w:sz w:val="28"/>
          <w:szCs w:val="28"/>
        </w:rPr>
        <w:t>.</w:t>
      </w:r>
    </w:p>
    <w:p w14:paraId="7BA8788F" w14:textId="77777777" w:rsidR="007B1617" w:rsidRPr="00DC0E8E" w:rsidRDefault="00000000" w:rsidP="0065200C">
      <w:pPr>
        <w:spacing w:after="0" w:line="264" w:lineRule="auto"/>
        <w:ind w:firstLine="720"/>
        <w:jc w:val="both"/>
        <w:rPr>
          <w:bCs/>
          <w:sz w:val="28"/>
          <w:szCs w:val="28"/>
        </w:rPr>
      </w:pPr>
      <w:r w:rsidRPr="00DC0E8E">
        <w:rPr>
          <w:bCs/>
          <w:sz w:val="28"/>
          <w:szCs w:val="28"/>
        </w:rPr>
        <w:t>6. Các chủ đầu tư, đơn vị thi công và chủ công trình trên địa bàn</w:t>
      </w:r>
    </w:p>
    <w:p w14:paraId="0925F66C" w14:textId="2381E724" w:rsidR="007B1617" w:rsidRPr="00DC0E8E" w:rsidRDefault="00DC0E8E" w:rsidP="0065200C">
      <w:pPr>
        <w:spacing w:after="0" w:line="264" w:lineRule="auto"/>
        <w:ind w:firstLine="720"/>
        <w:jc w:val="both"/>
        <w:rPr>
          <w:bCs/>
          <w:sz w:val="28"/>
          <w:szCs w:val="28"/>
        </w:rPr>
      </w:pPr>
      <w:r>
        <w:rPr>
          <w:bCs/>
          <w:sz w:val="28"/>
          <w:szCs w:val="28"/>
        </w:rPr>
        <w:t xml:space="preserve">- </w:t>
      </w:r>
      <w:r w:rsidRPr="00DC0E8E">
        <w:rPr>
          <w:bCs/>
          <w:sz w:val="28"/>
          <w:szCs w:val="28"/>
        </w:rPr>
        <w:t>Chủ động kiểm tra, rà soát các công trình đang thi công, nhất là công trình</w:t>
      </w:r>
      <w:r w:rsidR="00D96F1E" w:rsidRPr="00DC0E8E">
        <w:rPr>
          <w:bCs/>
          <w:sz w:val="28"/>
          <w:szCs w:val="28"/>
        </w:rPr>
        <w:t xml:space="preserve"> Tu sữa Đập Cây Trường, Hồ </w:t>
      </w:r>
      <w:r w:rsidR="00EB076A">
        <w:rPr>
          <w:bCs/>
          <w:sz w:val="28"/>
          <w:szCs w:val="28"/>
        </w:rPr>
        <w:t>trung tâm xã</w:t>
      </w:r>
      <w:r w:rsidR="00D96F1E" w:rsidRPr="00DC0E8E">
        <w:rPr>
          <w:bCs/>
          <w:sz w:val="28"/>
          <w:szCs w:val="28"/>
        </w:rPr>
        <w:t xml:space="preserve">, </w:t>
      </w:r>
      <w:r w:rsidR="002F1AF6">
        <w:rPr>
          <w:bCs/>
          <w:sz w:val="28"/>
          <w:szCs w:val="28"/>
        </w:rPr>
        <w:t xml:space="preserve">Nhà làm việc xã, </w:t>
      </w:r>
      <w:r w:rsidR="00D96F1E" w:rsidRPr="00DC0E8E">
        <w:rPr>
          <w:bCs/>
          <w:sz w:val="28"/>
          <w:szCs w:val="28"/>
        </w:rPr>
        <w:t>các ngầm tràn, khe</w:t>
      </w:r>
      <w:r w:rsidRPr="00DC0E8E">
        <w:rPr>
          <w:bCs/>
          <w:sz w:val="28"/>
          <w:szCs w:val="28"/>
        </w:rPr>
        <w:t xml:space="preserve"> suối, khu vực có địa hình thấp, dốc hoặc có nguy cơ ngập úng, sạt lở.</w:t>
      </w:r>
    </w:p>
    <w:p w14:paraId="106B3314" w14:textId="72B398F0" w:rsidR="007B1617" w:rsidRPr="00DC0E8E" w:rsidRDefault="00DC0E8E" w:rsidP="0065200C">
      <w:pPr>
        <w:spacing w:after="0" w:line="264" w:lineRule="auto"/>
        <w:ind w:firstLine="720"/>
        <w:jc w:val="both"/>
        <w:rPr>
          <w:bCs/>
          <w:sz w:val="28"/>
          <w:szCs w:val="28"/>
        </w:rPr>
      </w:pPr>
      <w:r>
        <w:rPr>
          <w:bCs/>
          <w:sz w:val="28"/>
          <w:szCs w:val="28"/>
        </w:rPr>
        <w:t xml:space="preserve">- </w:t>
      </w:r>
      <w:r w:rsidRPr="00DC0E8E">
        <w:rPr>
          <w:bCs/>
          <w:sz w:val="28"/>
          <w:szCs w:val="28"/>
        </w:rPr>
        <w:t>Có phương án bảo đảm an toàn cho người lao động, máy móc, thiết bị, vật tư và công trình; chủ động di chuyển người, phương tiện, máy móc, vật tư ra khỏi khu vực nguy hiểm khi cần thiết.</w:t>
      </w:r>
    </w:p>
    <w:p w14:paraId="7B932F53" w14:textId="5B628882" w:rsidR="007B1617" w:rsidRPr="00DC0E8E" w:rsidRDefault="00DC0E8E" w:rsidP="0065200C">
      <w:pPr>
        <w:spacing w:after="0" w:line="264" w:lineRule="auto"/>
        <w:ind w:firstLine="720"/>
        <w:jc w:val="both"/>
        <w:rPr>
          <w:bCs/>
          <w:sz w:val="28"/>
          <w:szCs w:val="28"/>
        </w:rPr>
      </w:pPr>
      <w:r>
        <w:rPr>
          <w:bCs/>
          <w:sz w:val="28"/>
          <w:szCs w:val="28"/>
        </w:rPr>
        <w:t xml:space="preserve">- </w:t>
      </w:r>
      <w:r w:rsidRPr="00DC0E8E">
        <w:rPr>
          <w:bCs/>
          <w:sz w:val="28"/>
          <w:szCs w:val="28"/>
        </w:rPr>
        <w:t>Không để vật liệu, đất đá, rác thải hoặc các vật cản gây ách tắc dòng chảy, cống thoát nước; kịp thời khắc phục các điểm gây cản trở tiêu thoát nước.</w:t>
      </w:r>
    </w:p>
    <w:p w14:paraId="588B71AC" w14:textId="77777777" w:rsidR="007B1617" w:rsidRPr="00DC0E8E" w:rsidRDefault="00000000" w:rsidP="0065200C">
      <w:pPr>
        <w:spacing w:after="0" w:line="264" w:lineRule="auto"/>
        <w:ind w:firstLine="720"/>
        <w:jc w:val="both"/>
        <w:rPr>
          <w:bCs/>
          <w:sz w:val="28"/>
          <w:szCs w:val="28"/>
        </w:rPr>
      </w:pPr>
      <w:r w:rsidRPr="00DC0E8E">
        <w:rPr>
          <w:bCs/>
          <w:sz w:val="28"/>
          <w:szCs w:val="28"/>
        </w:rPr>
        <w:t>7. Trạm Y tế xã</w:t>
      </w:r>
    </w:p>
    <w:p w14:paraId="7894AA53" w14:textId="73B00FA8" w:rsidR="007B1617" w:rsidRPr="00DC0E8E" w:rsidRDefault="00DC0E8E" w:rsidP="0065200C">
      <w:pPr>
        <w:spacing w:after="0" w:line="264" w:lineRule="auto"/>
        <w:ind w:firstLine="720"/>
        <w:jc w:val="both"/>
        <w:rPr>
          <w:bCs/>
          <w:sz w:val="28"/>
          <w:szCs w:val="28"/>
        </w:rPr>
      </w:pPr>
      <w:r>
        <w:rPr>
          <w:bCs/>
          <w:sz w:val="28"/>
          <w:szCs w:val="28"/>
        </w:rPr>
        <w:t xml:space="preserve">- </w:t>
      </w:r>
      <w:r w:rsidRPr="00DC0E8E">
        <w:rPr>
          <w:bCs/>
          <w:sz w:val="28"/>
          <w:szCs w:val="28"/>
        </w:rPr>
        <w:t>Chủ động chuẩn bị thuốc, vật tư y tế, phương tiện và nhân lực cần thiết để sơ cấp cứu, chăm sóc sức khỏe Nhân dân trong và sau thiên tai.</w:t>
      </w:r>
    </w:p>
    <w:p w14:paraId="7A571FFE" w14:textId="08566919" w:rsidR="007B1617" w:rsidRPr="00DC0E8E" w:rsidRDefault="00DC0E8E" w:rsidP="0065200C">
      <w:pPr>
        <w:spacing w:after="0" w:line="264" w:lineRule="auto"/>
        <w:ind w:firstLine="720"/>
        <w:jc w:val="both"/>
        <w:rPr>
          <w:bCs/>
          <w:sz w:val="28"/>
          <w:szCs w:val="28"/>
        </w:rPr>
      </w:pPr>
      <w:r>
        <w:rPr>
          <w:bCs/>
          <w:sz w:val="28"/>
          <w:szCs w:val="28"/>
        </w:rPr>
        <w:t xml:space="preserve">- </w:t>
      </w:r>
      <w:r w:rsidRPr="00DC0E8E">
        <w:rPr>
          <w:bCs/>
          <w:sz w:val="28"/>
          <w:szCs w:val="28"/>
        </w:rPr>
        <w:t>Phối hợp triển khai các biện pháp phòng, chống dịch bệnh, bảo đảm vệ sinh môi trường, vệ sinh nguồn nước, an toàn thực phẩm tại các khu vực bị ngập lụt.</w:t>
      </w:r>
    </w:p>
    <w:p w14:paraId="13FFADEE" w14:textId="672C4501" w:rsidR="007B1617" w:rsidRPr="00DC0E8E" w:rsidRDefault="00000000" w:rsidP="0065200C">
      <w:pPr>
        <w:spacing w:after="0" w:line="264" w:lineRule="auto"/>
        <w:ind w:firstLine="720"/>
        <w:jc w:val="both"/>
        <w:rPr>
          <w:bCs/>
          <w:sz w:val="28"/>
          <w:szCs w:val="28"/>
        </w:rPr>
      </w:pPr>
      <w:r w:rsidRPr="00DC0E8E">
        <w:rPr>
          <w:bCs/>
          <w:sz w:val="28"/>
          <w:szCs w:val="28"/>
        </w:rPr>
        <w:t>8. Các trường học trên địa bàn</w:t>
      </w:r>
      <w:r w:rsidR="00856069">
        <w:rPr>
          <w:bCs/>
          <w:sz w:val="28"/>
          <w:szCs w:val="28"/>
        </w:rPr>
        <w:t>:</w:t>
      </w:r>
      <w:r w:rsidR="00DC0E8E">
        <w:rPr>
          <w:bCs/>
          <w:sz w:val="28"/>
          <w:szCs w:val="28"/>
        </w:rPr>
        <w:t xml:space="preserve"> </w:t>
      </w:r>
      <w:r w:rsidR="00DC0E8E" w:rsidRPr="00DC0E8E">
        <w:rPr>
          <w:bCs/>
          <w:sz w:val="28"/>
          <w:szCs w:val="28"/>
        </w:rPr>
        <w:t>Chủ động kiểm tra cơ sở vật chất, phòng học, hệ thống điện, cây xanh và các khu vực có nguy cơ mất an toàn; kịp thời xử lý hoặc báo cáo cấp có thẩm quyền để xử lý</w:t>
      </w:r>
      <w:r w:rsidR="00856069">
        <w:rPr>
          <w:bCs/>
          <w:sz w:val="28"/>
          <w:szCs w:val="28"/>
        </w:rPr>
        <w:t xml:space="preserve"> </w:t>
      </w:r>
      <w:r w:rsidR="00856069" w:rsidRPr="00856069">
        <w:rPr>
          <w:bCs/>
          <w:sz w:val="28"/>
          <w:szCs w:val="28"/>
        </w:rPr>
        <w:t>nhằm hạn chế thiệt hại, không để ảnh hưởng đến việc khai giảng, học tập của học sinh</w:t>
      </w:r>
      <w:r w:rsidR="00856069">
        <w:rPr>
          <w:bCs/>
          <w:sz w:val="28"/>
          <w:szCs w:val="28"/>
        </w:rPr>
        <w:t>.</w:t>
      </w:r>
    </w:p>
    <w:p w14:paraId="00B3A82C" w14:textId="4D3D5AD6" w:rsidR="007B1617" w:rsidRPr="00DC0E8E" w:rsidRDefault="00856069" w:rsidP="0065200C">
      <w:pPr>
        <w:spacing w:after="0" w:line="264" w:lineRule="auto"/>
        <w:ind w:firstLine="720"/>
        <w:jc w:val="both"/>
        <w:rPr>
          <w:bCs/>
          <w:sz w:val="28"/>
          <w:szCs w:val="28"/>
        </w:rPr>
      </w:pPr>
      <w:r>
        <w:rPr>
          <w:bCs/>
          <w:sz w:val="28"/>
          <w:szCs w:val="28"/>
        </w:rPr>
        <w:t>9</w:t>
      </w:r>
      <w:r w:rsidRPr="00DC0E8E">
        <w:rPr>
          <w:bCs/>
          <w:sz w:val="28"/>
          <w:szCs w:val="28"/>
        </w:rPr>
        <w:t>. Công tác thông tin, tuyên truyền</w:t>
      </w:r>
    </w:p>
    <w:p w14:paraId="07475B42" w14:textId="7E907691" w:rsidR="007B1617" w:rsidRPr="00DC0E8E" w:rsidRDefault="00DC0E8E" w:rsidP="0065200C">
      <w:pPr>
        <w:spacing w:after="0" w:line="264" w:lineRule="auto"/>
        <w:ind w:firstLine="720"/>
        <w:jc w:val="both"/>
        <w:rPr>
          <w:bCs/>
          <w:sz w:val="28"/>
          <w:szCs w:val="28"/>
        </w:rPr>
      </w:pPr>
      <w:r>
        <w:rPr>
          <w:bCs/>
          <w:sz w:val="28"/>
          <w:szCs w:val="28"/>
        </w:rPr>
        <w:t xml:space="preserve">- </w:t>
      </w:r>
      <w:r w:rsidRPr="00DC0E8E">
        <w:rPr>
          <w:bCs/>
          <w:sz w:val="28"/>
          <w:szCs w:val="28"/>
        </w:rPr>
        <w:t xml:space="preserve">Giao </w:t>
      </w:r>
      <w:r w:rsidR="00856069">
        <w:rPr>
          <w:bCs/>
          <w:sz w:val="28"/>
          <w:szCs w:val="28"/>
        </w:rPr>
        <w:t>Phòng Văn hóa – Xã hội</w:t>
      </w:r>
      <w:r w:rsidRPr="00DC0E8E">
        <w:rPr>
          <w:bCs/>
          <w:sz w:val="28"/>
          <w:szCs w:val="28"/>
        </w:rPr>
        <w:t xml:space="preserve"> phối hợp với Phòng Kinh tế, </w:t>
      </w:r>
      <w:r w:rsidR="002F1AF6">
        <w:rPr>
          <w:bCs/>
          <w:sz w:val="28"/>
          <w:szCs w:val="28"/>
        </w:rPr>
        <w:t xml:space="preserve">Bann cán sự </w:t>
      </w:r>
      <w:r w:rsidRPr="00DC0E8E">
        <w:rPr>
          <w:bCs/>
          <w:sz w:val="28"/>
          <w:szCs w:val="28"/>
        </w:rPr>
        <w:t>các thôn và các đơn vị liên quan tăng cường thông tin, tuyên truyền về diễn biến mưa lũ và các biện pháp phòng tránh; sử dụng hệ thống truyền thanh, các nhóm thông tin cộng đồng và các hình thức phù hợp để thông tin kịp thời đến Nhân dân.</w:t>
      </w:r>
    </w:p>
    <w:p w14:paraId="57849A17" w14:textId="6AE3E5E7" w:rsidR="007B1617" w:rsidRPr="00DC0E8E" w:rsidRDefault="00DC0E8E" w:rsidP="0065200C">
      <w:pPr>
        <w:spacing w:after="0" w:line="264" w:lineRule="auto"/>
        <w:ind w:firstLine="720"/>
        <w:jc w:val="both"/>
        <w:rPr>
          <w:bCs/>
          <w:sz w:val="28"/>
          <w:szCs w:val="28"/>
        </w:rPr>
      </w:pPr>
      <w:r>
        <w:rPr>
          <w:bCs/>
          <w:sz w:val="28"/>
          <w:szCs w:val="28"/>
        </w:rPr>
        <w:lastRenderedPageBreak/>
        <w:t xml:space="preserve">- </w:t>
      </w:r>
      <w:r w:rsidRPr="00DC0E8E">
        <w:rPr>
          <w:bCs/>
          <w:sz w:val="28"/>
          <w:szCs w:val="28"/>
        </w:rPr>
        <w:t>Nội dung tuyên truyền phải dễ hiểu, thiết thực, tập trung vào cảnh báo các khu vực nguy hiểm, hướng dẫn kỹ năng phòng tránh ngập lụt, lũ quét, sạt lở đất và các tình huống nguy hiểm có thể xảy ra.</w:t>
      </w:r>
    </w:p>
    <w:p w14:paraId="151842A8" w14:textId="7B3B73F3" w:rsidR="007B1617" w:rsidRPr="00DC0E8E" w:rsidRDefault="00000000" w:rsidP="0065200C">
      <w:pPr>
        <w:spacing w:after="0" w:line="264" w:lineRule="auto"/>
        <w:ind w:firstLine="720"/>
        <w:jc w:val="both"/>
        <w:rPr>
          <w:bCs/>
          <w:sz w:val="28"/>
          <w:szCs w:val="28"/>
        </w:rPr>
      </w:pPr>
      <w:r w:rsidRPr="00DC0E8E">
        <w:rPr>
          <w:bCs/>
          <w:sz w:val="28"/>
          <w:szCs w:val="28"/>
        </w:rPr>
        <w:t>1</w:t>
      </w:r>
      <w:r w:rsidR="00EB076A">
        <w:rPr>
          <w:bCs/>
          <w:sz w:val="28"/>
          <w:szCs w:val="28"/>
        </w:rPr>
        <w:t>0</w:t>
      </w:r>
      <w:r w:rsidRPr="00DC0E8E">
        <w:rPr>
          <w:bCs/>
          <w:sz w:val="28"/>
          <w:szCs w:val="28"/>
        </w:rPr>
        <w:t>. Chế độ trực và báo cáo</w:t>
      </w:r>
    </w:p>
    <w:p w14:paraId="5EC1DE2D" w14:textId="40B8FE47" w:rsidR="007B1617" w:rsidRPr="00DC0E8E" w:rsidRDefault="00DC0E8E" w:rsidP="0065200C">
      <w:pPr>
        <w:spacing w:after="0" w:line="264" w:lineRule="auto"/>
        <w:ind w:firstLine="720"/>
        <w:jc w:val="both"/>
        <w:rPr>
          <w:bCs/>
          <w:sz w:val="28"/>
          <w:szCs w:val="28"/>
        </w:rPr>
      </w:pPr>
      <w:r>
        <w:rPr>
          <w:bCs/>
          <w:sz w:val="28"/>
          <w:szCs w:val="28"/>
        </w:rPr>
        <w:t xml:space="preserve">- </w:t>
      </w:r>
      <w:r w:rsidRPr="00DC0E8E">
        <w:rPr>
          <w:bCs/>
          <w:sz w:val="28"/>
          <w:szCs w:val="28"/>
        </w:rPr>
        <w:t xml:space="preserve">Các phòng, ban, đơn vị, lực lượng chức năng và </w:t>
      </w:r>
      <w:r w:rsidR="002F1AF6">
        <w:rPr>
          <w:bCs/>
          <w:sz w:val="28"/>
          <w:szCs w:val="28"/>
        </w:rPr>
        <w:t xml:space="preserve">Ban cán sự </w:t>
      </w:r>
      <w:r w:rsidRPr="00DC0E8E">
        <w:rPr>
          <w:bCs/>
          <w:sz w:val="28"/>
          <w:szCs w:val="28"/>
        </w:rPr>
        <w:t>các thôn tổ chức trực ban nghiêm túc 24/24 giờ trong thời gian có mưa lớn, lũ, ngập lụt; bảo đảm thông tin liên lạc thông suốt, kịp thời xử lý các tình huống phát sinh.</w:t>
      </w:r>
    </w:p>
    <w:p w14:paraId="4E755890" w14:textId="6819BD2A" w:rsidR="007B1617" w:rsidRDefault="00DC0E8E" w:rsidP="0065200C">
      <w:pPr>
        <w:spacing w:after="0" w:line="264" w:lineRule="auto"/>
        <w:ind w:firstLine="720"/>
        <w:jc w:val="both"/>
        <w:rPr>
          <w:bCs/>
          <w:sz w:val="28"/>
          <w:szCs w:val="28"/>
        </w:rPr>
      </w:pPr>
      <w:r>
        <w:rPr>
          <w:bCs/>
          <w:sz w:val="28"/>
          <w:szCs w:val="28"/>
        </w:rPr>
        <w:t xml:space="preserve">- </w:t>
      </w:r>
      <w:r w:rsidRPr="00DC0E8E">
        <w:rPr>
          <w:bCs/>
          <w:sz w:val="28"/>
          <w:szCs w:val="28"/>
        </w:rPr>
        <w:t>Khi xảy ra tình huống bất thường, nguy hiểm hoặc có thiệt hại về người, tài sản, công trình, sản xuất, Trưởng các thôn</w:t>
      </w:r>
      <w:r w:rsidR="002F1AF6">
        <w:rPr>
          <w:bCs/>
          <w:sz w:val="28"/>
          <w:szCs w:val="28"/>
        </w:rPr>
        <w:t>, Thủ trưởng</w:t>
      </w:r>
      <w:r w:rsidRPr="00DC0E8E">
        <w:rPr>
          <w:bCs/>
          <w:sz w:val="28"/>
          <w:szCs w:val="28"/>
        </w:rPr>
        <w:t xml:space="preserve"> các đơn vị liên quan phải báo cáo ngay về UBND xã để chỉ đạo xử lý; không để chậm trễ, bị động trong công tác ứng phó.</w:t>
      </w:r>
    </w:p>
    <w:p w14:paraId="15CA4193" w14:textId="3E4E887C" w:rsidR="002B2EA1" w:rsidRPr="00DC0E8E" w:rsidRDefault="002B2EA1" w:rsidP="0065200C">
      <w:pPr>
        <w:spacing w:after="0" w:line="264" w:lineRule="auto"/>
        <w:ind w:firstLine="720"/>
        <w:jc w:val="both"/>
        <w:rPr>
          <w:bCs/>
          <w:sz w:val="28"/>
          <w:szCs w:val="28"/>
        </w:rPr>
      </w:pPr>
      <w:r>
        <w:rPr>
          <w:bCs/>
          <w:sz w:val="28"/>
          <w:szCs w:val="28"/>
        </w:rPr>
        <w:t xml:space="preserve">- </w:t>
      </w:r>
      <w:r w:rsidR="00EB076A">
        <w:rPr>
          <w:bCs/>
          <w:sz w:val="28"/>
          <w:szCs w:val="28"/>
        </w:rPr>
        <w:t>Ban cán sự c</w:t>
      </w:r>
      <w:r w:rsidRPr="002B2EA1">
        <w:rPr>
          <w:bCs/>
          <w:sz w:val="28"/>
          <w:szCs w:val="28"/>
        </w:rPr>
        <w:t>ác thôn,</w:t>
      </w:r>
      <w:r w:rsidR="00EB076A">
        <w:rPr>
          <w:bCs/>
          <w:sz w:val="28"/>
          <w:szCs w:val="28"/>
        </w:rPr>
        <w:t xml:space="preserve"> các</w:t>
      </w:r>
      <w:r w:rsidRPr="002B2EA1">
        <w:rPr>
          <w:bCs/>
          <w:sz w:val="28"/>
          <w:szCs w:val="28"/>
        </w:rPr>
        <w:t xml:space="preserve"> cơ quan, đơn vị trên địa bàn chủ động rà soát, kiểm tra, thống kê đầy đủ tình hình thiệt hại do mưa lũ gây ra, kịp thời báo cáo về UBND xã (qua Phòng Kinh tế) để tổng hợp, tham mưu báo cáo cấp trên theo quy định.</w:t>
      </w:r>
    </w:p>
    <w:p w14:paraId="06D35B97" w14:textId="1D8AE54E" w:rsidR="007B1617" w:rsidRPr="00DC0E8E" w:rsidRDefault="00DC0E8E" w:rsidP="0065200C">
      <w:pPr>
        <w:spacing w:after="0" w:line="264" w:lineRule="auto"/>
        <w:ind w:firstLine="720"/>
        <w:jc w:val="both"/>
        <w:rPr>
          <w:bCs/>
          <w:sz w:val="28"/>
          <w:szCs w:val="28"/>
        </w:rPr>
      </w:pPr>
      <w:r>
        <w:rPr>
          <w:bCs/>
          <w:sz w:val="28"/>
          <w:szCs w:val="28"/>
        </w:rPr>
        <w:t xml:space="preserve">- </w:t>
      </w:r>
      <w:r w:rsidRPr="00DC0E8E">
        <w:rPr>
          <w:bCs/>
          <w:sz w:val="28"/>
          <w:szCs w:val="28"/>
        </w:rPr>
        <w:t>Phòng Kinh tế có trách nhiệm tổng hợp tình hình, tham mưu UBND xã báo cáo UBND tỉnh và cơ quan có thẩm quyền theo quy định.</w:t>
      </w:r>
    </w:p>
    <w:p w14:paraId="756D6A12" w14:textId="4104B43A" w:rsidR="007B1617" w:rsidRPr="00DC0E8E" w:rsidRDefault="00000000" w:rsidP="0065200C">
      <w:pPr>
        <w:spacing w:after="0" w:line="264" w:lineRule="auto"/>
        <w:ind w:firstLine="720"/>
        <w:jc w:val="both"/>
        <w:rPr>
          <w:bCs/>
          <w:sz w:val="28"/>
          <w:szCs w:val="28"/>
        </w:rPr>
      </w:pPr>
      <w:r w:rsidRPr="00DC0E8E">
        <w:rPr>
          <w:bCs/>
          <w:sz w:val="28"/>
          <w:szCs w:val="28"/>
        </w:rPr>
        <w:t>1</w:t>
      </w:r>
      <w:r w:rsidR="00EB076A">
        <w:rPr>
          <w:bCs/>
          <w:sz w:val="28"/>
          <w:szCs w:val="28"/>
        </w:rPr>
        <w:t>1</w:t>
      </w:r>
      <w:r w:rsidRPr="00DC0E8E">
        <w:rPr>
          <w:bCs/>
          <w:sz w:val="28"/>
          <w:szCs w:val="28"/>
        </w:rPr>
        <w:t>. Tổ chức thực hiện</w:t>
      </w:r>
    </w:p>
    <w:p w14:paraId="018B39EA" w14:textId="61103130" w:rsidR="007B1617" w:rsidRPr="00DC0E8E" w:rsidRDefault="00DC0E8E" w:rsidP="0065200C">
      <w:pPr>
        <w:spacing w:after="0" w:line="264" w:lineRule="auto"/>
        <w:ind w:firstLine="720"/>
        <w:jc w:val="both"/>
        <w:rPr>
          <w:bCs/>
          <w:sz w:val="28"/>
          <w:szCs w:val="28"/>
        </w:rPr>
      </w:pPr>
      <w:r>
        <w:rPr>
          <w:bCs/>
          <w:sz w:val="28"/>
          <w:szCs w:val="28"/>
        </w:rPr>
        <w:t xml:space="preserve">- </w:t>
      </w:r>
      <w:r w:rsidRPr="00DC0E8E">
        <w:rPr>
          <w:bCs/>
          <w:sz w:val="28"/>
          <w:szCs w:val="28"/>
        </w:rPr>
        <w:t>Yêu cầu Trưởng các phòng, ban, đơn vị, Công an xã, Ban Chỉ huy Quân sự xã, Trạm Y tế, các trường học, Trưởng các thôn và các</w:t>
      </w:r>
      <w:r w:rsidR="002F1AF6">
        <w:rPr>
          <w:bCs/>
          <w:sz w:val="28"/>
          <w:szCs w:val="28"/>
        </w:rPr>
        <w:t xml:space="preserve"> tổ chức</w:t>
      </w:r>
      <w:r w:rsidRPr="00DC0E8E">
        <w:rPr>
          <w:bCs/>
          <w:sz w:val="28"/>
          <w:szCs w:val="28"/>
        </w:rPr>
        <w:t>,</w:t>
      </w:r>
      <w:r w:rsidR="002F1AF6">
        <w:rPr>
          <w:bCs/>
          <w:sz w:val="28"/>
          <w:szCs w:val="28"/>
        </w:rPr>
        <w:t xml:space="preserve"> cá nhân</w:t>
      </w:r>
      <w:r w:rsidRPr="00DC0E8E">
        <w:rPr>
          <w:bCs/>
          <w:sz w:val="28"/>
          <w:szCs w:val="28"/>
        </w:rPr>
        <w:t xml:space="preserve"> liên quan khẩn trương triển khai thực hiện nghiêm túc Công điện này.</w:t>
      </w:r>
    </w:p>
    <w:p w14:paraId="553985C5" w14:textId="1B5DA9B2" w:rsidR="007B1617" w:rsidRPr="00DC0E8E" w:rsidRDefault="00DC0E8E" w:rsidP="0065200C">
      <w:pPr>
        <w:spacing w:after="0" w:line="264" w:lineRule="auto"/>
        <w:ind w:firstLine="720"/>
        <w:jc w:val="both"/>
        <w:rPr>
          <w:bCs/>
          <w:sz w:val="28"/>
          <w:szCs w:val="28"/>
        </w:rPr>
      </w:pPr>
      <w:r>
        <w:rPr>
          <w:bCs/>
          <w:sz w:val="28"/>
          <w:szCs w:val="28"/>
        </w:rPr>
        <w:t xml:space="preserve">- </w:t>
      </w:r>
      <w:r w:rsidRPr="00DC0E8E">
        <w:rPr>
          <w:bCs/>
          <w:sz w:val="28"/>
          <w:szCs w:val="28"/>
        </w:rPr>
        <w:t>Trong quá trình thực hiện, nếu có khó khăn, vướng mắc hoặc tình huống vượt quá khả năng xử lý, kịp thời báo cáo Chủ tịch UBND xã để chỉ đạo, giải quyết hoặc báo cáo cấp có thẩm quyền.</w:t>
      </w:r>
    </w:p>
    <w:p w14:paraId="1ACDC683" w14:textId="68B4C8BB" w:rsidR="007B1617" w:rsidRPr="00DC0E8E" w:rsidRDefault="00DC0E8E" w:rsidP="0065200C">
      <w:pPr>
        <w:spacing w:after="0" w:line="264" w:lineRule="auto"/>
        <w:ind w:firstLine="720"/>
        <w:jc w:val="both"/>
        <w:rPr>
          <w:bCs/>
          <w:sz w:val="28"/>
          <w:szCs w:val="28"/>
        </w:rPr>
      </w:pPr>
      <w:r>
        <w:rPr>
          <w:bCs/>
          <w:sz w:val="28"/>
          <w:szCs w:val="28"/>
        </w:rPr>
        <w:t xml:space="preserve">- </w:t>
      </w:r>
      <w:r w:rsidRPr="00DC0E8E">
        <w:rPr>
          <w:bCs/>
          <w:sz w:val="28"/>
          <w:szCs w:val="28"/>
        </w:rPr>
        <w:t>Chủ tịch UBND xã yêu cầu các cơ quan, đơn vị, các thôn và toàn thể Nhân dân nghiêm túc thực hiện./.</w:t>
      </w:r>
    </w:p>
    <w:p w14:paraId="34700D54" w14:textId="77777777" w:rsidR="00D96F1E" w:rsidRPr="00D96F1E" w:rsidRDefault="00D96F1E" w:rsidP="0065200C">
      <w:pPr>
        <w:spacing w:after="0" w:line="240" w:lineRule="auto"/>
        <w:ind w:left="283" w:hanging="283"/>
        <w:jc w:val="both"/>
        <w:rPr>
          <w:sz w:val="28"/>
          <w:szCs w:val="28"/>
        </w:rPr>
      </w:pPr>
    </w:p>
    <w:tbl>
      <w:tblPr>
        <w:tblStyle w:val="TableGrid"/>
        <w:tblW w:w="0" w:type="auto"/>
        <w:tblInd w:w="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9"/>
        <w:gridCol w:w="4649"/>
      </w:tblGrid>
      <w:tr w:rsidR="00D96F1E" w:rsidRPr="00D96F1E" w14:paraId="71B9EAE4" w14:textId="77777777" w:rsidTr="00D96F1E">
        <w:tc>
          <w:tcPr>
            <w:tcW w:w="4810" w:type="dxa"/>
          </w:tcPr>
          <w:p w14:paraId="70563ACD" w14:textId="77777777" w:rsidR="00D96F1E" w:rsidRPr="00D96F1E" w:rsidRDefault="00D96F1E" w:rsidP="0065200C">
            <w:pPr>
              <w:jc w:val="both"/>
              <w:rPr>
                <w:i/>
                <w:iCs/>
                <w:sz w:val="24"/>
                <w:szCs w:val="24"/>
              </w:rPr>
            </w:pPr>
            <w:r w:rsidRPr="00D96F1E">
              <w:rPr>
                <w:b/>
                <w:i/>
                <w:iCs/>
                <w:sz w:val="24"/>
                <w:szCs w:val="24"/>
              </w:rPr>
              <w:t>Nơi nhận:</w:t>
            </w:r>
          </w:p>
          <w:p w14:paraId="371AB133" w14:textId="6FD340B9" w:rsidR="00D96F1E" w:rsidRPr="00D96F1E" w:rsidRDefault="00D96F1E" w:rsidP="0065200C">
            <w:pPr>
              <w:ind w:left="4" w:hanging="4"/>
              <w:jc w:val="both"/>
              <w:rPr>
                <w:sz w:val="22"/>
              </w:rPr>
            </w:pPr>
            <w:r w:rsidRPr="00D96F1E">
              <w:rPr>
                <w:sz w:val="22"/>
              </w:rPr>
              <w:t>- Như trên;</w:t>
            </w:r>
          </w:p>
          <w:p w14:paraId="160CCC91" w14:textId="77777777" w:rsidR="00D96F1E" w:rsidRPr="00D96F1E" w:rsidRDefault="00D96F1E" w:rsidP="0065200C">
            <w:pPr>
              <w:ind w:left="4" w:hanging="4"/>
              <w:jc w:val="both"/>
              <w:rPr>
                <w:sz w:val="22"/>
              </w:rPr>
            </w:pPr>
            <w:r w:rsidRPr="00D96F1E">
              <w:rPr>
                <w:sz w:val="22"/>
              </w:rPr>
              <w:t>- UBND tỉnh Hà Tĩnh;</w:t>
            </w:r>
          </w:p>
          <w:p w14:paraId="0410A4C1" w14:textId="77777777" w:rsidR="00D96F1E" w:rsidRPr="00D96F1E" w:rsidRDefault="00D96F1E" w:rsidP="0065200C">
            <w:pPr>
              <w:ind w:left="4" w:hanging="4"/>
              <w:jc w:val="both"/>
              <w:rPr>
                <w:sz w:val="22"/>
              </w:rPr>
            </w:pPr>
            <w:r w:rsidRPr="00D96F1E">
              <w:rPr>
                <w:sz w:val="22"/>
              </w:rPr>
              <w:t>- Ban Chỉ huy Phòng thủ dân sự tỉnh;</w:t>
            </w:r>
          </w:p>
          <w:p w14:paraId="0D8D3DEF" w14:textId="4C96E42F" w:rsidR="00D96F1E" w:rsidRPr="00D96F1E" w:rsidRDefault="00D96F1E" w:rsidP="0065200C">
            <w:pPr>
              <w:ind w:left="4" w:hanging="4"/>
              <w:jc w:val="both"/>
              <w:rPr>
                <w:sz w:val="22"/>
              </w:rPr>
            </w:pPr>
            <w:r w:rsidRPr="00D96F1E">
              <w:rPr>
                <w:sz w:val="22"/>
              </w:rPr>
              <w:t xml:space="preserve">- </w:t>
            </w:r>
            <w:r w:rsidR="00DC4ADA">
              <w:rPr>
                <w:sz w:val="22"/>
              </w:rPr>
              <w:t xml:space="preserve">Trường trực </w:t>
            </w:r>
            <w:r w:rsidRPr="00D96F1E">
              <w:rPr>
                <w:sz w:val="22"/>
              </w:rPr>
              <w:t>Đảng ủy xã;</w:t>
            </w:r>
          </w:p>
          <w:p w14:paraId="7E8DA7AD" w14:textId="77777777" w:rsidR="00D96F1E" w:rsidRPr="00D96F1E" w:rsidRDefault="00D96F1E" w:rsidP="0065200C">
            <w:pPr>
              <w:ind w:left="4" w:hanging="4"/>
              <w:jc w:val="both"/>
              <w:rPr>
                <w:sz w:val="22"/>
              </w:rPr>
            </w:pPr>
            <w:r w:rsidRPr="00D96F1E">
              <w:rPr>
                <w:sz w:val="22"/>
              </w:rPr>
              <w:t>- Thường trực HĐND xã;</w:t>
            </w:r>
          </w:p>
          <w:p w14:paraId="1B669E59" w14:textId="77777777" w:rsidR="00D96F1E" w:rsidRPr="00D96F1E" w:rsidRDefault="00D96F1E" w:rsidP="0065200C">
            <w:pPr>
              <w:ind w:left="4" w:hanging="4"/>
              <w:jc w:val="both"/>
              <w:rPr>
                <w:sz w:val="22"/>
              </w:rPr>
            </w:pPr>
            <w:r w:rsidRPr="00D96F1E">
              <w:rPr>
                <w:sz w:val="22"/>
              </w:rPr>
              <w:t>- Chủ tịch, các PCT UBND xã;</w:t>
            </w:r>
          </w:p>
          <w:p w14:paraId="4AD5719B" w14:textId="77777777" w:rsidR="00D96F1E" w:rsidRDefault="00D96F1E" w:rsidP="0065200C">
            <w:pPr>
              <w:ind w:left="4" w:hanging="4"/>
              <w:jc w:val="both"/>
              <w:rPr>
                <w:sz w:val="22"/>
              </w:rPr>
            </w:pPr>
            <w:r w:rsidRPr="00D96F1E">
              <w:rPr>
                <w:sz w:val="22"/>
              </w:rPr>
              <w:t>- Các phòng, ban, đơn vị liên quan;</w:t>
            </w:r>
          </w:p>
          <w:p w14:paraId="785BB80F" w14:textId="6BF24DC3" w:rsidR="00EB076A" w:rsidRPr="00D96F1E" w:rsidRDefault="00EB076A" w:rsidP="0065200C">
            <w:pPr>
              <w:ind w:left="4" w:hanging="4"/>
              <w:jc w:val="both"/>
              <w:rPr>
                <w:sz w:val="22"/>
              </w:rPr>
            </w:pPr>
            <w:r>
              <w:rPr>
                <w:sz w:val="22"/>
              </w:rPr>
              <w:t xml:space="preserve">- Chánh, Phó VP HĐND </w:t>
            </w:r>
            <w:r w:rsidR="00F44259">
              <w:rPr>
                <w:sz w:val="22"/>
              </w:rPr>
              <w:t>-</w:t>
            </w:r>
            <w:r>
              <w:rPr>
                <w:sz w:val="22"/>
              </w:rPr>
              <w:t xml:space="preserve"> UBND xã;</w:t>
            </w:r>
          </w:p>
          <w:p w14:paraId="3DFAF596" w14:textId="219AC93C" w:rsidR="00D96F1E" w:rsidRPr="00D96F1E" w:rsidRDefault="00D96F1E" w:rsidP="0065200C">
            <w:pPr>
              <w:ind w:left="4" w:hanging="4"/>
              <w:jc w:val="both"/>
              <w:rPr>
                <w:sz w:val="28"/>
                <w:szCs w:val="28"/>
              </w:rPr>
            </w:pPr>
            <w:r w:rsidRPr="00D96F1E">
              <w:rPr>
                <w:sz w:val="22"/>
              </w:rPr>
              <w:t>- Lưu: VT, KT.</w:t>
            </w:r>
          </w:p>
        </w:tc>
        <w:tc>
          <w:tcPr>
            <w:tcW w:w="4811" w:type="dxa"/>
          </w:tcPr>
          <w:p w14:paraId="0107F080" w14:textId="4A90FDC2" w:rsidR="00D96F1E" w:rsidRPr="00D96F1E" w:rsidRDefault="00D96F1E" w:rsidP="0065200C">
            <w:pPr>
              <w:jc w:val="center"/>
              <w:rPr>
                <w:b/>
                <w:sz w:val="28"/>
                <w:szCs w:val="28"/>
              </w:rPr>
            </w:pPr>
            <w:r w:rsidRPr="00D96F1E">
              <w:rPr>
                <w:b/>
                <w:sz w:val="28"/>
                <w:szCs w:val="28"/>
              </w:rPr>
              <w:t>CHỦ TỊCH</w:t>
            </w:r>
          </w:p>
          <w:p w14:paraId="1C5950E6" w14:textId="77777777" w:rsidR="00D96F1E" w:rsidRPr="00D96F1E" w:rsidRDefault="00D96F1E" w:rsidP="0065200C">
            <w:pPr>
              <w:jc w:val="center"/>
              <w:rPr>
                <w:sz w:val="28"/>
                <w:szCs w:val="28"/>
              </w:rPr>
            </w:pPr>
          </w:p>
          <w:p w14:paraId="60B0B1D3" w14:textId="77777777" w:rsidR="00D96F1E" w:rsidRPr="00D96F1E" w:rsidRDefault="00D96F1E" w:rsidP="0065200C">
            <w:pPr>
              <w:jc w:val="center"/>
              <w:rPr>
                <w:sz w:val="28"/>
                <w:szCs w:val="28"/>
              </w:rPr>
            </w:pPr>
          </w:p>
          <w:p w14:paraId="003767AF" w14:textId="77777777" w:rsidR="00D96F1E" w:rsidRPr="00D96F1E" w:rsidRDefault="00D96F1E" w:rsidP="0065200C">
            <w:pPr>
              <w:jc w:val="center"/>
              <w:rPr>
                <w:sz w:val="28"/>
                <w:szCs w:val="28"/>
              </w:rPr>
            </w:pPr>
          </w:p>
          <w:p w14:paraId="290E91DE" w14:textId="77777777" w:rsidR="00D96F1E" w:rsidRPr="00D96F1E" w:rsidRDefault="00D96F1E" w:rsidP="0065200C">
            <w:pPr>
              <w:jc w:val="center"/>
              <w:rPr>
                <w:sz w:val="28"/>
                <w:szCs w:val="28"/>
              </w:rPr>
            </w:pPr>
          </w:p>
          <w:p w14:paraId="7B31015C" w14:textId="77777777" w:rsidR="00D96F1E" w:rsidRPr="00D96F1E" w:rsidRDefault="00D96F1E" w:rsidP="0065200C">
            <w:pPr>
              <w:jc w:val="center"/>
              <w:rPr>
                <w:sz w:val="28"/>
                <w:szCs w:val="28"/>
              </w:rPr>
            </w:pPr>
          </w:p>
          <w:p w14:paraId="5FAC5807" w14:textId="3769159F" w:rsidR="00D96F1E" w:rsidRPr="00D96F1E" w:rsidRDefault="00DC4ADA" w:rsidP="0065200C">
            <w:pPr>
              <w:jc w:val="center"/>
              <w:rPr>
                <w:b/>
                <w:bCs/>
                <w:sz w:val="28"/>
                <w:szCs w:val="28"/>
              </w:rPr>
            </w:pPr>
            <w:r>
              <w:rPr>
                <w:b/>
                <w:bCs/>
                <w:sz w:val="28"/>
                <w:szCs w:val="28"/>
              </w:rPr>
              <w:t>Nguyễn Đức Thắng</w:t>
            </w:r>
          </w:p>
        </w:tc>
      </w:tr>
    </w:tbl>
    <w:p w14:paraId="7C757231" w14:textId="77777777" w:rsidR="00D96F1E" w:rsidRPr="00D96F1E" w:rsidRDefault="00D96F1E" w:rsidP="0065200C">
      <w:pPr>
        <w:spacing w:after="0" w:line="240" w:lineRule="auto"/>
        <w:ind w:left="283" w:hanging="283"/>
        <w:jc w:val="both"/>
        <w:rPr>
          <w:sz w:val="28"/>
          <w:szCs w:val="28"/>
        </w:rPr>
      </w:pPr>
    </w:p>
    <w:p w14:paraId="3FD798A9" w14:textId="0B2D9FC0" w:rsidR="007B1617" w:rsidRPr="00D96F1E" w:rsidRDefault="007B1617" w:rsidP="0065200C">
      <w:pPr>
        <w:spacing w:after="0" w:line="240" w:lineRule="auto"/>
        <w:ind w:left="283"/>
        <w:jc w:val="both"/>
        <w:rPr>
          <w:sz w:val="28"/>
          <w:szCs w:val="28"/>
        </w:rPr>
      </w:pPr>
    </w:p>
    <w:tbl>
      <w:tblPr>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4594"/>
        <w:gridCol w:w="4702"/>
      </w:tblGrid>
      <w:tr w:rsidR="007B1617" w:rsidRPr="00D96F1E" w14:paraId="0FA0ABB1" w14:textId="77777777" w:rsidTr="00D96F1E">
        <w:tc>
          <w:tcPr>
            <w:tcW w:w="4594" w:type="dxa"/>
          </w:tcPr>
          <w:p w14:paraId="4D08733F" w14:textId="77777777" w:rsidR="007B1617" w:rsidRPr="00D96F1E" w:rsidRDefault="007B1617" w:rsidP="0065200C">
            <w:pPr>
              <w:spacing w:after="0" w:line="240" w:lineRule="auto"/>
              <w:jc w:val="both"/>
              <w:rPr>
                <w:sz w:val="28"/>
                <w:szCs w:val="28"/>
              </w:rPr>
            </w:pPr>
          </w:p>
        </w:tc>
        <w:tc>
          <w:tcPr>
            <w:tcW w:w="4702" w:type="dxa"/>
          </w:tcPr>
          <w:p w14:paraId="455CAE8A" w14:textId="77777777" w:rsidR="007B1617" w:rsidRPr="00D96F1E" w:rsidRDefault="00000000" w:rsidP="0065200C">
            <w:pPr>
              <w:spacing w:after="0" w:line="240" w:lineRule="auto"/>
              <w:jc w:val="both"/>
              <w:rPr>
                <w:sz w:val="28"/>
                <w:szCs w:val="28"/>
              </w:rPr>
            </w:pPr>
            <w:r w:rsidRPr="00D96F1E">
              <w:rPr>
                <w:sz w:val="28"/>
                <w:szCs w:val="28"/>
              </w:rPr>
              <w:br/>
            </w:r>
            <w:r w:rsidRPr="00D96F1E">
              <w:rPr>
                <w:sz w:val="28"/>
                <w:szCs w:val="28"/>
              </w:rPr>
              <w:br/>
            </w:r>
            <w:r w:rsidRPr="00D96F1E">
              <w:rPr>
                <w:sz w:val="28"/>
                <w:szCs w:val="28"/>
              </w:rPr>
              <w:br/>
            </w:r>
          </w:p>
        </w:tc>
      </w:tr>
    </w:tbl>
    <w:p w14:paraId="21E76AB0" w14:textId="77777777" w:rsidR="00A049DE" w:rsidRPr="00D96F1E" w:rsidRDefault="00A049DE" w:rsidP="0065200C">
      <w:pPr>
        <w:spacing w:after="0" w:line="240" w:lineRule="auto"/>
        <w:jc w:val="both"/>
        <w:rPr>
          <w:sz w:val="28"/>
          <w:szCs w:val="28"/>
        </w:rPr>
      </w:pPr>
    </w:p>
    <w:sectPr w:rsidR="00A049DE" w:rsidRPr="00D96F1E" w:rsidSect="0065200C">
      <w:headerReference w:type="default" r:id="rId8"/>
      <w:pgSz w:w="11907" w:h="16840" w:code="9"/>
      <w:pgMar w:top="1134" w:right="851"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9EE49" w14:textId="77777777" w:rsidR="00714BAF" w:rsidRDefault="00714BAF" w:rsidP="002F1AF6">
      <w:pPr>
        <w:spacing w:after="0" w:line="240" w:lineRule="auto"/>
      </w:pPr>
      <w:r>
        <w:separator/>
      </w:r>
    </w:p>
  </w:endnote>
  <w:endnote w:type="continuationSeparator" w:id="0">
    <w:p w14:paraId="708F6E58" w14:textId="77777777" w:rsidR="00714BAF" w:rsidRDefault="00714BAF" w:rsidP="002F1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070C2" w14:textId="77777777" w:rsidR="00714BAF" w:rsidRDefault="00714BAF" w:rsidP="002F1AF6">
      <w:pPr>
        <w:spacing w:after="0" w:line="240" w:lineRule="auto"/>
      </w:pPr>
      <w:r>
        <w:separator/>
      </w:r>
    </w:p>
  </w:footnote>
  <w:footnote w:type="continuationSeparator" w:id="0">
    <w:p w14:paraId="6792218E" w14:textId="77777777" w:rsidR="00714BAF" w:rsidRDefault="00714BAF" w:rsidP="002F1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1910698"/>
      <w:docPartObj>
        <w:docPartGallery w:val="Page Numbers (Top of Page)"/>
        <w:docPartUnique/>
      </w:docPartObj>
    </w:sdtPr>
    <w:sdtEndPr>
      <w:rPr>
        <w:noProof/>
      </w:rPr>
    </w:sdtEndPr>
    <w:sdtContent>
      <w:p w14:paraId="2CFC6731" w14:textId="0540EEE5" w:rsidR="00E02D39" w:rsidRDefault="00E02D3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8481355" w14:textId="77777777" w:rsidR="002F1AF6" w:rsidRDefault="002F1A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7028204">
    <w:abstractNumId w:val="8"/>
  </w:num>
  <w:num w:numId="2" w16cid:durableId="1734085646">
    <w:abstractNumId w:val="6"/>
  </w:num>
  <w:num w:numId="3" w16cid:durableId="703677403">
    <w:abstractNumId w:val="5"/>
  </w:num>
  <w:num w:numId="4" w16cid:durableId="276181676">
    <w:abstractNumId w:val="4"/>
  </w:num>
  <w:num w:numId="5" w16cid:durableId="2126194722">
    <w:abstractNumId w:val="7"/>
  </w:num>
  <w:num w:numId="6" w16cid:durableId="1114131503">
    <w:abstractNumId w:val="3"/>
  </w:num>
  <w:num w:numId="7" w16cid:durableId="1261723069">
    <w:abstractNumId w:val="2"/>
  </w:num>
  <w:num w:numId="8" w16cid:durableId="443572788">
    <w:abstractNumId w:val="1"/>
  </w:num>
  <w:num w:numId="9" w16cid:durableId="1113868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2FAB"/>
    <w:rsid w:val="00031225"/>
    <w:rsid w:val="00034616"/>
    <w:rsid w:val="00034B12"/>
    <w:rsid w:val="0006063C"/>
    <w:rsid w:val="00060761"/>
    <w:rsid w:val="0007645C"/>
    <w:rsid w:val="000B73F4"/>
    <w:rsid w:val="000F046E"/>
    <w:rsid w:val="001108F3"/>
    <w:rsid w:val="0015074B"/>
    <w:rsid w:val="00155E2B"/>
    <w:rsid w:val="001B3F78"/>
    <w:rsid w:val="0029639D"/>
    <w:rsid w:val="002B2EA1"/>
    <w:rsid w:val="002F1AF6"/>
    <w:rsid w:val="00326F90"/>
    <w:rsid w:val="00476BC1"/>
    <w:rsid w:val="004B610A"/>
    <w:rsid w:val="005826F6"/>
    <w:rsid w:val="005A72D1"/>
    <w:rsid w:val="005F6716"/>
    <w:rsid w:val="0065200C"/>
    <w:rsid w:val="006B1036"/>
    <w:rsid w:val="00714BAF"/>
    <w:rsid w:val="007217AC"/>
    <w:rsid w:val="00750F4E"/>
    <w:rsid w:val="007B1617"/>
    <w:rsid w:val="007E0D00"/>
    <w:rsid w:val="007E1364"/>
    <w:rsid w:val="00856069"/>
    <w:rsid w:val="0088334A"/>
    <w:rsid w:val="008C651E"/>
    <w:rsid w:val="009C2F9D"/>
    <w:rsid w:val="009C7217"/>
    <w:rsid w:val="009E06CA"/>
    <w:rsid w:val="009F404E"/>
    <w:rsid w:val="00A049DE"/>
    <w:rsid w:val="00A8769D"/>
    <w:rsid w:val="00AA1D8D"/>
    <w:rsid w:val="00AB5913"/>
    <w:rsid w:val="00AE7DC7"/>
    <w:rsid w:val="00B47730"/>
    <w:rsid w:val="00B97954"/>
    <w:rsid w:val="00CB0664"/>
    <w:rsid w:val="00CB0821"/>
    <w:rsid w:val="00D85481"/>
    <w:rsid w:val="00D96F1E"/>
    <w:rsid w:val="00DC0E8E"/>
    <w:rsid w:val="00DC445B"/>
    <w:rsid w:val="00DC4ADA"/>
    <w:rsid w:val="00E02D39"/>
    <w:rsid w:val="00E939BC"/>
    <w:rsid w:val="00EB076A"/>
    <w:rsid w:val="00F10007"/>
    <w:rsid w:val="00F44259"/>
    <w:rsid w:val="00F50A0D"/>
    <w:rsid w:val="00FC693F"/>
    <w:rsid w:val="00FE66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74EB5A"/>
  <w14:defaultImageDpi w14:val="300"/>
  <w15:docId w15:val="{E5108C92-41FF-4D39-A478-17785D644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Pages>
  <Words>1359</Words>
  <Characters>7750</Characters>
  <Application>Microsoft Office Word</Application>
  <DocSecurity>0</DocSecurity>
  <Lines>64</Lines>
  <Paragraphs>18</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9091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F1PC</cp:lastModifiedBy>
  <cp:revision>24</cp:revision>
  <dcterms:created xsi:type="dcterms:W3CDTF">2026-08-18T03:12:00Z</dcterms:created>
  <dcterms:modified xsi:type="dcterms:W3CDTF">2026-08-18T08:32:00Z</dcterms:modified>
  <cp:category/>
</cp:coreProperties>
</file>